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1B742" w14:textId="501C4F99" w:rsidR="00EE1058" w:rsidRPr="00E755A7" w:rsidRDefault="00EE1058" w:rsidP="00883711">
      <w:pPr>
        <w:spacing w:after="0"/>
      </w:pPr>
      <w:r w:rsidRPr="00E755A7">
        <w:rPr>
          <w:noProof/>
        </w:rPr>
        <w:drawing>
          <wp:anchor distT="0" distB="0" distL="114300" distR="114300" simplePos="0" relativeHeight="251658240" behindDoc="0" locked="0" layoutInCell="1" allowOverlap="1" wp14:anchorId="1516F166" wp14:editId="2C3795BF">
            <wp:simplePos x="0" y="0"/>
            <wp:positionH relativeFrom="margin">
              <wp:align>center</wp:align>
            </wp:positionH>
            <wp:positionV relativeFrom="paragraph">
              <wp:posOffset>8282</wp:posOffset>
            </wp:positionV>
            <wp:extent cx="3833495" cy="899160"/>
            <wp:effectExtent l="0" t="0" r="0" b="0"/>
            <wp:wrapSquare wrapText="bothSides"/>
            <wp:docPr id="1744150845" name="Picture 3"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50845" name="Picture 3" descr="A close-up of a sign&#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3349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579529" w14:textId="77777777" w:rsidR="00F0060E" w:rsidRDefault="00F0060E" w:rsidP="00883711">
      <w:pPr>
        <w:spacing w:after="0"/>
        <w:jc w:val="center"/>
        <w:rPr>
          <w:rFonts w:ascii="Gill Sans MT" w:hAnsi="Gill Sans MT"/>
          <w:b/>
          <w:bCs/>
          <w:sz w:val="56"/>
          <w:szCs w:val="56"/>
        </w:rPr>
      </w:pPr>
    </w:p>
    <w:p w14:paraId="0A628BA2" w14:textId="77777777" w:rsidR="00F0060E" w:rsidRDefault="00F0060E" w:rsidP="00883711">
      <w:pPr>
        <w:spacing w:after="0"/>
        <w:jc w:val="center"/>
        <w:rPr>
          <w:rFonts w:ascii="Gill Sans MT" w:hAnsi="Gill Sans MT"/>
          <w:b/>
          <w:bCs/>
          <w:sz w:val="56"/>
          <w:szCs w:val="56"/>
        </w:rPr>
      </w:pPr>
    </w:p>
    <w:p w14:paraId="166015FA" w14:textId="0E8D36B1" w:rsidR="00EE1058" w:rsidRPr="00E755A7" w:rsidRDefault="00F0060E" w:rsidP="00883711">
      <w:pPr>
        <w:spacing w:after="0"/>
        <w:jc w:val="center"/>
        <w:rPr>
          <w:rFonts w:ascii="Gill Sans MT" w:hAnsi="Gill Sans MT"/>
          <w:b/>
          <w:bCs/>
        </w:rPr>
      </w:pPr>
      <w:r>
        <w:rPr>
          <w:rFonts w:ascii="Gill Sans MT" w:hAnsi="Gill Sans MT"/>
          <w:b/>
          <w:bCs/>
          <w:sz w:val="56"/>
          <w:szCs w:val="56"/>
        </w:rPr>
        <w:t>Bullying &amp; Harassment Policy</w:t>
      </w:r>
    </w:p>
    <w:p w14:paraId="7F37D7BB" w14:textId="77777777" w:rsidR="00EE1058" w:rsidRPr="0089632C" w:rsidRDefault="00EE1058" w:rsidP="00883711">
      <w:pPr>
        <w:pStyle w:val="BodyText"/>
        <w:spacing w:after="0"/>
        <w:jc w:val="center"/>
        <w:rPr>
          <w:rFonts w:ascii="Gill Sans MT" w:hAnsi="Gill Sans MT" w:cstheme="minorHAnsi"/>
          <w:b/>
          <w:sz w:val="28"/>
          <w:szCs w:val="24"/>
          <w:lang w:val="en-GB"/>
        </w:rPr>
      </w:pPr>
      <w:r w:rsidRPr="0089632C">
        <w:rPr>
          <w:rFonts w:ascii="Gill Sans MT" w:hAnsi="Gill Sans MT" w:cstheme="minorHAnsi"/>
          <w:b/>
          <w:sz w:val="28"/>
          <w:szCs w:val="24"/>
          <w:lang w:val="en-GB"/>
        </w:rPr>
        <w:t>The Parochial Church Council (PCC) of St Leonard, Hythe</w:t>
      </w:r>
    </w:p>
    <w:p w14:paraId="1C5C1ED1" w14:textId="77777777" w:rsidR="00EE1058" w:rsidRPr="00FF7D86" w:rsidRDefault="00EE1058" w:rsidP="00883711">
      <w:pPr>
        <w:pStyle w:val="Heading1"/>
        <w:spacing w:before="0"/>
        <w:jc w:val="center"/>
        <w:rPr>
          <w:rFonts w:ascii="Gill Sans MT" w:eastAsia="Calibri" w:hAnsi="Gill Sans MT" w:cs="Times New Roman"/>
          <w:b w:val="0"/>
          <w:bCs w:val="0"/>
          <w:i/>
          <w:iCs/>
          <w:color w:val="auto"/>
          <w:sz w:val="24"/>
          <w:szCs w:val="24"/>
        </w:rPr>
      </w:pPr>
      <w:r w:rsidRPr="00FF7D86">
        <w:rPr>
          <w:rFonts w:ascii="Gill Sans MT" w:eastAsia="Calibri" w:hAnsi="Gill Sans MT" w:cs="Times New Roman"/>
          <w:b w:val="0"/>
          <w:bCs w:val="0"/>
          <w:i/>
          <w:iCs/>
          <w:color w:val="auto"/>
          <w:sz w:val="24"/>
          <w:szCs w:val="24"/>
        </w:rPr>
        <w:t>‘We aim to be an ever-more welcoming, inclusive, and caring Christian community that reaches out to all, thankful to God who draws us together and gives us life in all its fullness.’</w:t>
      </w:r>
    </w:p>
    <w:p w14:paraId="60D78670" w14:textId="77777777" w:rsidR="00122E54" w:rsidRDefault="00122E54" w:rsidP="00883711">
      <w:pPr>
        <w:spacing w:after="0"/>
        <w:rPr>
          <w:rFonts w:ascii="Gill Sans MT" w:hAnsi="Gill Sans MT"/>
          <w:b/>
          <w:sz w:val="24"/>
          <w:szCs w:val="24"/>
        </w:rPr>
      </w:pPr>
    </w:p>
    <w:p w14:paraId="6BFD7651" w14:textId="77777777" w:rsidR="000908E2" w:rsidRPr="000908E2" w:rsidRDefault="000908E2" w:rsidP="000908E2">
      <w:pPr>
        <w:spacing w:after="0"/>
        <w:rPr>
          <w:rFonts w:ascii="Gill Sans MT" w:hAnsi="Gill Sans MT"/>
          <w:b/>
          <w:bCs/>
          <w:sz w:val="24"/>
          <w:szCs w:val="24"/>
          <w:lang w:val="en-GB"/>
        </w:rPr>
      </w:pPr>
      <w:r w:rsidRPr="000908E2">
        <w:rPr>
          <w:rFonts w:ascii="Gill Sans MT" w:hAnsi="Gill Sans MT"/>
          <w:b/>
          <w:bCs/>
          <w:sz w:val="24"/>
          <w:szCs w:val="24"/>
          <w:lang w:val="en-GB"/>
        </w:rPr>
        <w:t>1. Purpose</w:t>
      </w:r>
    </w:p>
    <w:p w14:paraId="2092E684" w14:textId="11A00A89" w:rsidR="000908E2" w:rsidRPr="000908E2" w:rsidRDefault="001462A8" w:rsidP="000908E2">
      <w:pPr>
        <w:rPr>
          <w:rFonts w:ascii="Gill Sans MT" w:hAnsi="Gill Sans MT"/>
          <w:bCs/>
          <w:sz w:val="24"/>
          <w:szCs w:val="24"/>
          <w:lang w:val="en-GB"/>
        </w:rPr>
      </w:pPr>
      <w:r>
        <w:rPr>
          <w:rFonts w:ascii="Gill Sans MT" w:hAnsi="Gill Sans MT"/>
          <w:bCs/>
          <w:sz w:val="24"/>
          <w:szCs w:val="24"/>
          <w:lang w:val="en-GB"/>
        </w:rPr>
        <w:t xml:space="preserve">The Parochial Church Council of </w:t>
      </w:r>
      <w:r w:rsidR="000908E2" w:rsidRPr="000908E2">
        <w:rPr>
          <w:rFonts w:ascii="Gill Sans MT" w:hAnsi="Gill Sans MT"/>
          <w:bCs/>
          <w:sz w:val="24"/>
          <w:szCs w:val="24"/>
          <w:lang w:val="en-GB"/>
        </w:rPr>
        <w:t>St Leonard’s Church, Hythe</w:t>
      </w:r>
      <w:r>
        <w:rPr>
          <w:rFonts w:ascii="Gill Sans MT" w:hAnsi="Gill Sans MT"/>
          <w:bCs/>
          <w:sz w:val="24"/>
          <w:szCs w:val="24"/>
          <w:lang w:val="en-GB"/>
        </w:rPr>
        <w:t xml:space="preserve"> (the PCC)</w:t>
      </w:r>
      <w:r w:rsidR="000908E2">
        <w:rPr>
          <w:rFonts w:ascii="Gill Sans MT" w:hAnsi="Gill Sans MT"/>
          <w:bCs/>
          <w:sz w:val="24"/>
          <w:szCs w:val="24"/>
          <w:lang w:val="en-GB"/>
        </w:rPr>
        <w:t>;</w:t>
      </w:r>
      <w:r w:rsidR="000908E2" w:rsidRPr="000908E2">
        <w:rPr>
          <w:rFonts w:ascii="Gill Sans MT" w:hAnsi="Gill Sans MT"/>
          <w:bCs/>
          <w:sz w:val="24"/>
          <w:szCs w:val="24"/>
          <w:lang w:val="en-GB"/>
        </w:rPr>
        <w:t xml:space="preserve"> is committed to providing a welcoming, respectful and safe Christian community in which everyone is treated with dignity.</w:t>
      </w:r>
      <w:r w:rsidR="00874594">
        <w:rPr>
          <w:rFonts w:ascii="Gill Sans MT" w:hAnsi="Gill Sans MT"/>
          <w:bCs/>
          <w:sz w:val="24"/>
          <w:szCs w:val="24"/>
          <w:lang w:val="en-GB"/>
        </w:rPr>
        <w:t xml:space="preserve"> </w:t>
      </w:r>
      <w:r w:rsidR="000908E2" w:rsidRPr="000908E2">
        <w:rPr>
          <w:rFonts w:ascii="Gill Sans MT" w:hAnsi="Gill Sans MT"/>
          <w:bCs/>
          <w:sz w:val="24"/>
          <w:szCs w:val="24"/>
          <w:lang w:val="en-GB"/>
        </w:rPr>
        <w:t>Bullying, harassment, intimidation, discrimination, victimisation and abusive behaviour have no place within the life of the Church.</w:t>
      </w:r>
      <w:r w:rsidR="00874594">
        <w:rPr>
          <w:rFonts w:ascii="Gill Sans MT" w:hAnsi="Gill Sans MT"/>
          <w:bCs/>
          <w:sz w:val="24"/>
          <w:szCs w:val="24"/>
          <w:lang w:val="en-GB"/>
        </w:rPr>
        <w:t xml:space="preserve"> </w:t>
      </w:r>
    </w:p>
    <w:p w14:paraId="3EA21CE9" w14:textId="77777777" w:rsidR="000908E2" w:rsidRPr="000908E2" w:rsidRDefault="000908E2" w:rsidP="00A13D81">
      <w:pPr>
        <w:spacing w:after="0"/>
        <w:rPr>
          <w:rFonts w:ascii="Gill Sans MT" w:hAnsi="Gill Sans MT"/>
          <w:bCs/>
          <w:sz w:val="24"/>
          <w:szCs w:val="24"/>
          <w:lang w:val="en-GB"/>
        </w:rPr>
      </w:pPr>
      <w:r w:rsidRPr="000908E2">
        <w:rPr>
          <w:rFonts w:ascii="Gill Sans MT" w:hAnsi="Gill Sans MT"/>
          <w:bCs/>
          <w:sz w:val="24"/>
          <w:szCs w:val="24"/>
          <w:lang w:val="en-GB"/>
        </w:rPr>
        <w:t>This policy explains:</w:t>
      </w:r>
    </w:p>
    <w:p w14:paraId="6C3BF101" w14:textId="101BCA2F" w:rsidR="000908E2" w:rsidRPr="000908E2" w:rsidRDefault="000908E2" w:rsidP="00A13D81">
      <w:pPr>
        <w:numPr>
          <w:ilvl w:val="0"/>
          <w:numId w:val="10"/>
        </w:numPr>
        <w:spacing w:after="0"/>
        <w:rPr>
          <w:rFonts w:ascii="Gill Sans MT" w:hAnsi="Gill Sans MT"/>
          <w:bCs/>
          <w:sz w:val="24"/>
          <w:szCs w:val="24"/>
          <w:lang w:val="en-GB"/>
        </w:rPr>
      </w:pPr>
      <w:r w:rsidRPr="000908E2">
        <w:rPr>
          <w:rFonts w:ascii="Gill Sans MT" w:hAnsi="Gill Sans MT"/>
          <w:bCs/>
          <w:sz w:val="24"/>
          <w:szCs w:val="24"/>
          <w:lang w:val="en-GB"/>
        </w:rPr>
        <w:t xml:space="preserve">what </w:t>
      </w:r>
      <w:r w:rsidR="001462A8">
        <w:rPr>
          <w:rFonts w:ascii="Gill Sans MT" w:hAnsi="Gill Sans MT"/>
          <w:bCs/>
          <w:sz w:val="24"/>
          <w:szCs w:val="24"/>
          <w:lang w:val="en-GB"/>
        </w:rPr>
        <w:t>the PCC</w:t>
      </w:r>
      <w:r w:rsidRPr="000908E2">
        <w:rPr>
          <w:rFonts w:ascii="Gill Sans MT" w:hAnsi="Gill Sans MT"/>
          <w:bCs/>
          <w:sz w:val="24"/>
          <w:szCs w:val="24"/>
          <w:lang w:val="en-GB"/>
        </w:rPr>
        <w:t xml:space="preserve"> considers to be bullying and harassment;</w:t>
      </w:r>
    </w:p>
    <w:p w14:paraId="5299B5D0" w14:textId="4B6611BF" w:rsidR="000908E2" w:rsidRPr="000908E2" w:rsidRDefault="000908E2" w:rsidP="00A13D81">
      <w:pPr>
        <w:numPr>
          <w:ilvl w:val="0"/>
          <w:numId w:val="10"/>
        </w:numPr>
        <w:spacing w:after="0"/>
        <w:rPr>
          <w:rFonts w:ascii="Gill Sans MT" w:hAnsi="Gill Sans MT"/>
          <w:bCs/>
          <w:sz w:val="24"/>
          <w:szCs w:val="24"/>
          <w:lang w:val="en-GB"/>
        </w:rPr>
      </w:pPr>
      <w:r w:rsidRPr="000908E2">
        <w:rPr>
          <w:rFonts w:ascii="Gill Sans MT" w:hAnsi="Gill Sans MT"/>
          <w:bCs/>
          <w:sz w:val="24"/>
          <w:szCs w:val="24"/>
          <w:lang w:val="en-GB"/>
        </w:rPr>
        <w:t xml:space="preserve">the standards of behaviour expected of everyone connected with the </w:t>
      </w:r>
      <w:r w:rsidR="001462A8">
        <w:rPr>
          <w:rFonts w:ascii="Gill Sans MT" w:hAnsi="Gill Sans MT"/>
          <w:bCs/>
          <w:sz w:val="24"/>
          <w:szCs w:val="24"/>
          <w:lang w:val="en-GB"/>
        </w:rPr>
        <w:t>C</w:t>
      </w:r>
      <w:r w:rsidRPr="000908E2">
        <w:rPr>
          <w:rFonts w:ascii="Gill Sans MT" w:hAnsi="Gill Sans MT"/>
          <w:bCs/>
          <w:sz w:val="24"/>
          <w:szCs w:val="24"/>
          <w:lang w:val="en-GB"/>
        </w:rPr>
        <w:t>hurch;</w:t>
      </w:r>
    </w:p>
    <w:p w14:paraId="6DE0CF8A" w14:textId="77777777" w:rsidR="000908E2" w:rsidRPr="000908E2" w:rsidRDefault="000908E2" w:rsidP="00A13D81">
      <w:pPr>
        <w:numPr>
          <w:ilvl w:val="0"/>
          <w:numId w:val="10"/>
        </w:numPr>
        <w:spacing w:after="0"/>
        <w:rPr>
          <w:rFonts w:ascii="Gill Sans MT" w:hAnsi="Gill Sans MT"/>
          <w:bCs/>
          <w:sz w:val="24"/>
          <w:szCs w:val="24"/>
          <w:lang w:val="en-GB"/>
        </w:rPr>
      </w:pPr>
      <w:r w:rsidRPr="000908E2">
        <w:rPr>
          <w:rFonts w:ascii="Gill Sans MT" w:hAnsi="Gill Sans MT"/>
          <w:bCs/>
          <w:sz w:val="24"/>
          <w:szCs w:val="24"/>
          <w:lang w:val="en-GB"/>
        </w:rPr>
        <w:t>how concerns can be raised;</w:t>
      </w:r>
    </w:p>
    <w:p w14:paraId="6486DF4F" w14:textId="77777777" w:rsidR="000908E2" w:rsidRPr="000908E2" w:rsidRDefault="000908E2" w:rsidP="00A13D81">
      <w:pPr>
        <w:numPr>
          <w:ilvl w:val="0"/>
          <w:numId w:val="10"/>
        </w:numPr>
        <w:spacing w:after="0"/>
        <w:rPr>
          <w:rFonts w:ascii="Gill Sans MT" w:hAnsi="Gill Sans MT"/>
          <w:bCs/>
          <w:sz w:val="24"/>
          <w:szCs w:val="24"/>
          <w:lang w:val="en-GB"/>
        </w:rPr>
      </w:pPr>
      <w:r w:rsidRPr="000908E2">
        <w:rPr>
          <w:rFonts w:ascii="Gill Sans MT" w:hAnsi="Gill Sans MT"/>
          <w:bCs/>
          <w:sz w:val="24"/>
          <w:szCs w:val="24"/>
          <w:lang w:val="en-GB"/>
        </w:rPr>
        <w:t>how concerns will be considered and responded to;</w:t>
      </w:r>
    </w:p>
    <w:p w14:paraId="2531D568" w14:textId="77777777" w:rsidR="000908E2" w:rsidRPr="000908E2" w:rsidRDefault="000908E2" w:rsidP="00A13D81">
      <w:pPr>
        <w:numPr>
          <w:ilvl w:val="0"/>
          <w:numId w:val="10"/>
        </w:numPr>
        <w:spacing w:after="0"/>
        <w:rPr>
          <w:rFonts w:ascii="Gill Sans MT" w:hAnsi="Gill Sans MT"/>
          <w:bCs/>
          <w:sz w:val="24"/>
          <w:szCs w:val="24"/>
          <w:lang w:val="en-GB"/>
        </w:rPr>
      </w:pPr>
      <w:r w:rsidRPr="000908E2">
        <w:rPr>
          <w:rFonts w:ascii="Gill Sans MT" w:hAnsi="Gill Sans MT"/>
          <w:bCs/>
          <w:sz w:val="24"/>
          <w:szCs w:val="24"/>
          <w:lang w:val="en-GB"/>
        </w:rPr>
        <w:t>how people who raise concerns and those about whom concerns are raised will be treated fairly;</w:t>
      </w:r>
    </w:p>
    <w:p w14:paraId="03D4CC5A" w14:textId="77777777" w:rsidR="000908E2" w:rsidRPr="000908E2" w:rsidRDefault="000908E2" w:rsidP="00A833E8">
      <w:pPr>
        <w:numPr>
          <w:ilvl w:val="0"/>
          <w:numId w:val="10"/>
        </w:numPr>
        <w:rPr>
          <w:rFonts w:ascii="Gill Sans MT" w:hAnsi="Gill Sans MT"/>
          <w:bCs/>
          <w:sz w:val="24"/>
          <w:szCs w:val="24"/>
          <w:lang w:val="en-GB"/>
        </w:rPr>
      </w:pPr>
      <w:r w:rsidRPr="000908E2">
        <w:rPr>
          <w:rFonts w:ascii="Gill Sans MT" w:hAnsi="Gill Sans MT"/>
          <w:bCs/>
          <w:sz w:val="24"/>
          <w:szCs w:val="24"/>
          <w:lang w:val="en-GB"/>
        </w:rPr>
        <w:t>when a matter should instead be dealt with under safeguarding, disciplinary, grievance or other procedures.</w:t>
      </w:r>
    </w:p>
    <w:p w14:paraId="15B05CCF" w14:textId="77777777" w:rsidR="000908E2" w:rsidRPr="000908E2" w:rsidRDefault="000908E2" w:rsidP="000908E2">
      <w:pPr>
        <w:rPr>
          <w:rFonts w:ascii="Gill Sans MT" w:hAnsi="Gill Sans MT"/>
          <w:bCs/>
          <w:sz w:val="24"/>
          <w:szCs w:val="24"/>
          <w:lang w:val="en-GB"/>
        </w:rPr>
      </w:pPr>
      <w:r w:rsidRPr="000908E2">
        <w:rPr>
          <w:rFonts w:ascii="Gill Sans MT" w:hAnsi="Gill Sans MT"/>
          <w:bCs/>
          <w:sz w:val="24"/>
          <w:szCs w:val="24"/>
          <w:lang w:val="en-GB"/>
        </w:rPr>
        <w:t>The policy is intended to support a culture of mutual respect, good communication, reconciliation and appropriate accountability.</w:t>
      </w:r>
    </w:p>
    <w:p w14:paraId="5760AB26"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2. Our Christian commitment</w:t>
      </w:r>
    </w:p>
    <w:p w14:paraId="3EE2F68A" w14:textId="28A44DF1" w:rsidR="000908E2" w:rsidRPr="00D973BF" w:rsidRDefault="000908E2" w:rsidP="000908E2">
      <w:pPr>
        <w:rPr>
          <w:rFonts w:ascii="Gill Sans MT" w:hAnsi="Gill Sans MT"/>
          <w:bCs/>
          <w:sz w:val="24"/>
          <w:szCs w:val="24"/>
          <w:lang w:val="en-GB"/>
        </w:rPr>
      </w:pPr>
      <w:r w:rsidRPr="00D973BF">
        <w:rPr>
          <w:rFonts w:ascii="Gill Sans MT" w:hAnsi="Gill Sans MT"/>
          <w:bCs/>
          <w:sz w:val="24"/>
          <w:szCs w:val="24"/>
          <w:lang w:val="en-GB"/>
        </w:rPr>
        <w:t>St Leonard’s seeks to be a community in which every person is treated as someone of equal worth and dignity before God.</w:t>
      </w:r>
      <w:r w:rsidR="00874594">
        <w:rPr>
          <w:rFonts w:ascii="Gill Sans MT" w:hAnsi="Gill Sans MT"/>
          <w:bCs/>
          <w:sz w:val="24"/>
          <w:szCs w:val="24"/>
          <w:lang w:val="en-GB"/>
        </w:rPr>
        <w:t xml:space="preserve"> </w:t>
      </w:r>
      <w:r w:rsidRPr="00D973BF">
        <w:rPr>
          <w:rFonts w:ascii="Gill Sans MT" w:hAnsi="Gill Sans MT"/>
          <w:bCs/>
          <w:sz w:val="24"/>
          <w:szCs w:val="24"/>
          <w:lang w:val="en-GB"/>
        </w:rPr>
        <w:t>We recognise that disagreements and differences of opinion will sometimes occur. Healthy disagreement is not, in itself, bullying or harassment. However, disagreement must be expressed respectfully and without intimidation, humiliation, threats or abuse.</w:t>
      </w:r>
    </w:p>
    <w:p w14:paraId="2418CEF9" w14:textId="77777777" w:rsidR="000908E2" w:rsidRPr="00D973BF" w:rsidRDefault="000908E2" w:rsidP="00A13D81">
      <w:pPr>
        <w:spacing w:after="0"/>
        <w:rPr>
          <w:rFonts w:ascii="Gill Sans MT" w:hAnsi="Gill Sans MT"/>
          <w:bCs/>
          <w:sz w:val="24"/>
          <w:szCs w:val="24"/>
          <w:lang w:val="en-GB"/>
        </w:rPr>
      </w:pPr>
      <w:r w:rsidRPr="00D973BF">
        <w:rPr>
          <w:rFonts w:ascii="Gill Sans MT" w:hAnsi="Gill Sans MT"/>
          <w:bCs/>
          <w:sz w:val="24"/>
          <w:szCs w:val="24"/>
          <w:lang w:val="en-GB"/>
        </w:rPr>
        <w:t>We will seek to encourage:</w:t>
      </w:r>
    </w:p>
    <w:p w14:paraId="66C8DAD4"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t>kindness and respect;</w:t>
      </w:r>
    </w:p>
    <w:p w14:paraId="427FF5F2"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t>listening and honest communication;</w:t>
      </w:r>
    </w:p>
    <w:p w14:paraId="420B1337"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t>appropriate boundaries;</w:t>
      </w:r>
    </w:p>
    <w:p w14:paraId="3DECF7B4"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t>constructive challenge;</w:t>
      </w:r>
    </w:p>
    <w:p w14:paraId="46E77C3F"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t>forgiveness and reconciliation where appropriate;</w:t>
      </w:r>
    </w:p>
    <w:p w14:paraId="39965E25"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lastRenderedPageBreak/>
        <w:t>responsible leadership;</w:t>
      </w:r>
    </w:p>
    <w:p w14:paraId="58A68270" w14:textId="77777777" w:rsidR="000908E2" w:rsidRPr="00D973BF" w:rsidRDefault="000908E2" w:rsidP="00A13D81">
      <w:pPr>
        <w:numPr>
          <w:ilvl w:val="0"/>
          <w:numId w:val="11"/>
        </w:numPr>
        <w:spacing w:after="0"/>
        <w:rPr>
          <w:rFonts w:ascii="Gill Sans MT" w:hAnsi="Gill Sans MT"/>
          <w:bCs/>
          <w:sz w:val="24"/>
          <w:szCs w:val="24"/>
          <w:lang w:val="en-GB"/>
        </w:rPr>
      </w:pPr>
      <w:r w:rsidRPr="00D973BF">
        <w:rPr>
          <w:rFonts w:ascii="Gill Sans MT" w:hAnsi="Gill Sans MT"/>
          <w:bCs/>
          <w:sz w:val="24"/>
          <w:szCs w:val="24"/>
          <w:lang w:val="en-GB"/>
        </w:rPr>
        <w:t>accountability for harmful behaviour;</w:t>
      </w:r>
    </w:p>
    <w:p w14:paraId="06E6EA18" w14:textId="77777777" w:rsidR="000908E2" w:rsidRPr="00D973BF" w:rsidRDefault="000908E2" w:rsidP="00874594">
      <w:pPr>
        <w:numPr>
          <w:ilvl w:val="0"/>
          <w:numId w:val="11"/>
        </w:numPr>
        <w:rPr>
          <w:rFonts w:ascii="Gill Sans MT" w:hAnsi="Gill Sans MT"/>
          <w:bCs/>
          <w:sz w:val="24"/>
          <w:szCs w:val="24"/>
          <w:lang w:val="en-GB"/>
        </w:rPr>
      </w:pPr>
      <w:r w:rsidRPr="00D973BF">
        <w:rPr>
          <w:rFonts w:ascii="Gill Sans MT" w:hAnsi="Gill Sans MT"/>
          <w:bCs/>
          <w:sz w:val="24"/>
          <w:szCs w:val="24"/>
          <w:lang w:val="en-GB"/>
        </w:rPr>
        <w:t>particular care for people who may be vulnerable or disadvantaged.</w:t>
      </w:r>
    </w:p>
    <w:p w14:paraId="4132B6F0"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3. Who this policy applies to</w:t>
      </w:r>
    </w:p>
    <w:p w14:paraId="51A0EFB3" w14:textId="3CE3CD5C" w:rsidR="000908E2" w:rsidRPr="00A13D81" w:rsidRDefault="000908E2" w:rsidP="00A13D81">
      <w:pPr>
        <w:spacing w:after="0"/>
        <w:rPr>
          <w:rFonts w:ascii="Gill Sans MT" w:hAnsi="Gill Sans MT"/>
          <w:bCs/>
          <w:sz w:val="24"/>
          <w:szCs w:val="24"/>
          <w:lang w:val="en-GB"/>
        </w:rPr>
      </w:pPr>
      <w:r w:rsidRPr="00A13D81">
        <w:rPr>
          <w:rFonts w:ascii="Gill Sans MT" w:hAnsi="Gill Sans MT"/>
          <w:bCs/>
          <w:sz w:val="24"/>
          <w:szCs w:val="24"/>
          <w:lang w:val="en-GB"/>
        </w:rPr>
        <w:t>This policy applies to everyone participating in</w:t>
      </w:r>
      <w:r w:rsidR="001A132A">
        <w:rPr>
          <w:rFonts w:ascii="Gill Sans MT" w:hAnsi="Gill Sans MT"/>
          <w:bCs/>
          <w:sz w:val="24"/>
          <w:szCs w:val="24"/>
          <w:lang w:val="en-GB"/>
        </w:rPr>
        <w:t xml:space="preserve"> the life of</w:t>
      </w:r>
      <w:r w:rsidRPr="00A13D81">
        <w:rPr>
          <w:rFonts w:ascii="Gill Sans MT" w:hAnsi="Gill Sans MT"/>
          <w:bCs/>
          <w:sz w:val="24"/>
          <w:szCs w:val="24"/>
          <w:lang w:val="en-GB"/>
        </w:rPr>
        <w:t xml:space="preserve"> or representing St Leonard’s Church, including</w:t>
      </w:r>
      <w:r w:rsidR="001A132A">
        <w:rPr>
          <w:rFonts w:ascii="Gill Sans MT" w:hAnsi="Gill Sans MT"/>
          <w:bCs/>
          <w:sz w:val="24"/>
          <w:szCs w:val="24"/>
          <w:lang w:val="en-GB"/>
        </w:rPr>
        <w:t>:</w:t>
      </w:r>
    </w:p>
    <w:p w14:paraId="2618900E" w14:textId="4211BA48"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 xml:space="preserve">the </w:t>
      </w:r>
      <w:r w:rsidR="00A13D81">
        <w:rPr>
          <w:rFonts w:ascii="Gill Sans MT" w:hAnsi="Gill Sans MT"/>
          <w:bCs/>
          <w:sz w:val="24"/>
          <w:szCs w:val="24"/>
          <w:lang w:val="en-GB"/>
        </w:rPr>
        <w:t>I</w:t>
      </w:r>
      <w:r w:rsidRPr="00A13D81">
        <w:rPr>
          <w:rFonts w:ascii="Gill Sans MT" w:hAnsi="Gill Sans MT"/>
          <w:bCs/>
          <w:sz w:val="24"/>
          <w:szCs w:val="24"/>
          <w:lang w:val="en-GB"/>
        </w:rPr>
        <w:t>ncumbent and other clergy;</w:t>
      </w:r>
    </w:p>
    <w:p w14:paraId="175B1D64" w14:textId="48FC5FA4" w:rsidR="000908E2" w:rsidRPr="00A13D81" w:rsidRDefault="00A13D81" w:rsidP="00A13D81">
      <w:pPr>
        <w:numPr>
          <w:ilvl w:val="0"/>
          <w:numId w:val="12"/>
        </w:numPr>
        <w:spacing w:after="0"/>
        <w:rPr>
          <w:rFonts w:ascii="Gill Sans MT" w:hAnsi="Gill Sans MT"/>
          <w:bCs/>
          <w:sz w:val="24"/>
          <w:szCs w:val="24"/>
          <w:lang w:val="en-GB"/>
        </w:rPr>
      </w:pPr>
      <w:r>
        <w:rPr>
          <w:rFonts w:ascii="Gill Sans MT" w:hAnsi="Gill Sans MT"/>
          <w:bCs/>
          <w:sz w:val="24"/>
          <w:szCs w:val="24"/>
          <w:lang w:val="en-GB"/>
        </w:rPr>
        <w:t>L</w:t>
      </w:r>
      <w:r w:rsidR="000908E2" w:rsidRPr="00A13D81">
        <w:rPr>
          <w:rFonts w:ascii="Gill Sans MT" w:hAnsi="Gill Sans MT"/>
          <w:bCs/>
          <w:sz w:val="24"/>
          <w:szCs w:val="24"/>
          <w:lang w:val="en-GB"/>
        </w:rPr>
        <w:t xml:space="preserve">icensed and </w:t>
      </w:r>
      <w:r>
        <w:rPr>
          <w:rFonts w:ascii="Gill Sans MT" w:hAnsi="Gill Sans MT"/>
          <w:bCs/>
          <w:sz w:val="24"/>
          <w:szCs w:val="24"/>
          <w:lang w:val="en-GB"/>
        </w:rPr>
        <w:t>A</w:t>
      </w:r>
      <w:r w:rsidR="000908E2" w:rsidRPr="00A13D81">
        <w:rPr>
          <w:rFonts w:ascii="Gill Sans MT" w:hAnsi="Gill Sans MT"/>
          <w:bCs/>
          <w:sz w:val="24"/>
          <w:szCs w:val="24"/>
          <w:lang w:val="en-GB"/>
        </w:rPr>
        <w:t xml:space="preserve">uthorised </w:t>
      </w:r>
      <w:r>
        <w:rPr>
          <w:rFonts w:ascii="Gill Sans MT" w:hAnsi="Gill Sans MT"/>
          <w:bCs/>
          <w:sz w:val="24"/>
          <w:szCs w:val="24"/>
          <w:lang w:val="en-GB"/>
        </w:rPr>
        <w:t>L</w:t>
      </w:r>
      <w:r w:rsidR="000908E2" w:rsidRPr="00A13D81">
        <w:rPr>
          <w:rFonts w:ascii="Gill Sans MT" w:hAnsi="Gill Sans MT"/>
          <w:bCs/>
          <w:sz w:val="24"/>
          <w:szCs w:val="24"/>
          <w:lang w:val="en-GB"/>
        </w:rPr>
        <w:t xml:space="preserve">ay </w:t>
      </w:r>
      <w:r>
        <w:rPr>
          <w:rFonts w:ascii="Gill Sans MT" w:hAnsi="Gill Sans MT"/>
          <w:bCs/>
          <w:sz w:val="24"/>
          <w:szCs w:val="24"/>
          <w:lang w:val="en-GB"/>
        </w:rPr>
        <w:t>M</w:t>
      </w:r>
      <w:r w:rsidR="000908E2" w:rsidRPr="00A13D81">
        <w:rPr>
          <w:rFonts w:ascii="Gill Sans MT" w:hAnsi="Gill Sans MT"/>
          <w:bCs/>
          <w:sz w:val="24"/>
          <w:szCs w:val="24"/>
          <w:lang w:val="en-GB"/>
        </w:rPr>
        <w:t>inisters;</w:t>
      </w:r>
    </w:p>
    <w:p w14:paraId="1D833090" w14:textId="3097508D" w:rsidR="000908E2" w:rsidRPr="00A13D81" w:rsidRDefault="00A13D81" w:rsidP="00A13D81">
      <w:pPr>
        <w:numPr>
          <w:ilvl w:val="0"/>
          <w:numId w:val="12"/>
        </w:numPr>
        <w:spacing w:after="0"/>
        <w:rPr>
          <w:rFonts w:ascii="Gill Sans MT" w:hAnsi="Gill Sans MT"/>
          <w:bCs/>
          <w:sz w:val="24"/>
          <w:szCs w:val="24"/>
          <w:lang w:val="en-GB"/>
        </w:rPr>
      </w:pPr>
      <w:r>
        <w:rPr>
          <w:rFonts w:ascii="Gill Sans MT" w:hAnsi="Gill Sans MT"/>
          <w:bCs/>
          <w:sz w:val="24"/>
          <w:szCs w:val="24"/>
          <w:lang w:val="en-GB"/>
        </w:rPr>
        <w:t>C</w:t>
      </w:r>
      <w:r w:rsidR="000908E2" w:rsidRPr="00A13D81">
        <w:rPr>
          <w:rFonts w:ascii="Gill Sans MT" w:hAnsi="Gill Sans MT"/>
          <w:bCs/>
          <w:sz w:val="24"/>
          <w:szCs w:val="24"/>
          <w:lang w:val="en-GB"/>
        </w:rPr>
        <w:t>hurchwardens;</w:t>
      </w:r>
    </w:p>
    <w:p w14:paraId="4CEAD6BC"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PCC members and officers;</w:t>
      </w:r>
    </w:p>
    <w:p w14:paraId="683CBCA4"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paid employees;</w:t>
      </w:r>
    </w:p>
    <w:p w14:paraId="7D1DD151"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volunteers;</w:t>
      </w:r>
    </w:p>
    <w:p w14:paraId="7BF40649"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ministry and activity leaders;</w:t>
      </w:r>
    </w:p>
    <w:p w14:paraId="5BA21415"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members of church groups;</w:t>
      </w:r>
    </w:p>
    <w:p w14:paraId="73E94351" w14:textId="4AC35572"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 xml:space="preserve">choir members and </w:t>
      </w:r>
      <w:r w:rsidR="000421EA">
        <w:rPr>
          <w:rFonts w:ascii="Gill Sans MT" w:hAnsi="Gill Sans MT"/>
          <w:bCs/>
          <w:sz w:val="24"/>
          <w:szCs w:val="24"/>
          <w:lang w:val="en-GB"/>
        </w:rPr>
        <w:t>organists</w:t>
      </w:r>
      <w:r w:rsidRPr="00A13D81">
        <w:rPr>
          <w:rFonts w:ascii="Gill Sans MT" w:hAnsi="Gill Sans MT"/>
          <w:bCs/>
          <w:sz w:val="24"/>
          <w:szCs w:val="24"/>
          <w:lang w:val="en-GB"/>
        </w:rPr>
        <w:t>;</w:t>
      </w:r>
    </w:p>
    <w:p w14:paraId="56C86486"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people undertaking work or duties on behalf of the Church;</w:t>
      </w:r>
    </w:p>
    <w:p w14:paraId="60C54A4F"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congregation members;</w:t>
      </w:r>
    </w:p>
    <w:p w14:paraId="0BC0AC8B" w14:textId="77777777" w:rsidR="000908E2" w:rsidRPr="00A13D81" w:rsidRDefault="000908E2" w:rsidP="00A13D81">
      <w:pPr>
        <w:numPr>
          <w:ilvl w:val="0"/>
          <w:numId w:val="12"/>
        </w:numPr>
        <w:spacing w:after="0"/>
        <w:rPr>
          <w:rFonts w:ascii="Gill Sans MT" w:hAnsi="Gill Sans MT"/>
          <w:bCs/>
          <w:sz w:val="24"/>
          <w:szCs w:val="24"/>
          <w:lang w:val="en-GB"/>
        </w:rPr>
      </w:pPr>
      <w:r w:rsidRPr="00A13D81">
        <w:rPr>
          <w:rFonts w:ascii="Gill Sans MT" w:hAnsi="Gill Sans MT"/>
          <w:bCs/>
          <w:sz w:val="24"/>
          <w:szCs w:val="24"/>
          <w:lang w:val="en-GB"/>
        </w:rPr>
        <w:t>visitors and guests;</w:t>
      </w:r>
    </w:p>
    <w:p w14:paraId="79A7FCED" w14:textId="77777777" w:rsidR="000908E2" w:rsidRPr="00A13D81" w:rsidRDefault="000908E2" w:rsidP="000421EA">
      <w:pPr>
        <w:numPr>
          <w:ilvl w:val="0"/>
          <w:numId w:val="12"/>
        </w:numPr>
        <w:rPr>
          <w:rFonts w:ascii="Gill Sans MT" w:hAnsi="Gill Sans MT"/>
          <w:bCs/>
          <w:sz w:val="24"/>
          <w:szCs w:val="24"/>
          <w:lang w:val="en-GB"/>
        </w:rPr>
      </w:pPr>
      <w:r w:rsidRPr="00A13D81">
        <w:rPr>
          <w:rFonts w:ascii="Gill Sans MT" w:hAnsi="Gill Sans MT"/>
          <w:bCs/>
          <w:sz w:val="24"/>
          <w:szCs w:val="24"/>
          <w:lang w:val="en-GB"/>
        </w:rPr>
        <w:t>people attending activities or events organised by the Church.</w:t>
      </w:r>
    </w:p>
    <w:p w14:paraId="3C9F0549" w14:textId="77777777" w:rsidR="000908E2" w:rsidRPr="00A13D81" w:rsidRDefault="000908E2" w:rsidP="000908E2">
      <w:pPr>
        <w:rPr>
          <w:rFonts w:ascii="Gill Sans MT" w:hAnsi="Gill Sans MT"/>
          <w:bCs/>
          <w:sz w:val="24"/>
          <w:szCs w:val="24"/>
          <w:lang w:val="en-GB"/>
        </w:rPr>
      </w:pPr>
      <w:r w:rsidRPr="00A13D81">
        <w:rPr>
          <w:rFonts w:ascii="Gill Sans MT" w:hAnsi="Gill Sans MT"/>
          <w:bCs/>
          <w:sz w:val="24"/>
          <w:szCs w:val="24"/>
          <w:lang w:val="en-GB"/>
        </w:rPr>
        <w:t>Where appropriate, the policy also applies to behaviour connected with Church activities that takes place away from the Church premises or through electronic communications and social media.</w:t>
      </w:r>
    </w:p>
    <w:p w14:paraId="3B9A9EA8" w14:textId="77777777" w:rsidR="000908E2" w:rsidRPr="000908E2" w:rsidRDefault="000908E2" w:rsidP="000908E2">
      <w:pPr>
        <w:rPr>
          <w:rFonts w:ascii="Gill Sans MT" w:hAnsi="Gill Sans MT"/>
          <w:b/>
          <w:sz w:val="24"/>
          <w:szCs w:val="24"/>
          <w:lang w:val="en-GB"/>
        </w:rPr>
      </w:pPr>
      <w:r w:rsidRPr="00A13D81">
        <w:rPr>
          <w:rFonts w:ascii="Gill Sans MT" w:hAnsi="Gill Sans MT"/>
          <w:bCs/>
          <w:sz w:val="24"/>
          <w:szCs w:val="24"/>
          <w:lang w:val="en-GB"/>
        </w:rPr>
        <w:t>Employment-related matters may also be subject to an employee's contract, grievance procedure, disciplinary procedure and applicable employment law.</w:t>
      </w:r>
    </w:p>
    <w:p w14:paraId="70A9A74B"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4. What is bullying?</w:t>
      </w:r>
    </w:p>
    <w:p w14:paraId="5B342D0B" w14:textId="011CCB4C" w:rsidR="000908E2" w:rsidRPr="000421EA" w:rsidRDefault="000908E2" w:rsidP="000908E2">
      <w:pPr>
        <w:rPr>
          <w:rFonts w:ascii="Gill Sans MT" w:hAnsi="Gill Sans MT"/>
          <w:bCs/>
          <w:sz w:val="24"/>
          <w:szCs w:val="24"/>
          <w:lang w:val="en-GB"/>
        </w:rPr>
      </w:pPr>
      <w:r w:rsidRPr="000421EA">
        <w:rPr>
          <w:rFonts w:ascii="Gill Sans MT" w:hAnsi="Gill Sans MT"/>
          <w:bCs/>
          <w:sz w:val="24"/>
          <w:szCs w:val="24"/>
          <w:lang w:val="en-GB"/>
        </w:rPr>
        <w:t>Bullying is behaviour that is intended to, or has the effect of, intimidating, humiliating, undermining, threatening or degrading another person.</w:t>
      </w:r>
      <w:r w:rsidR="00C126C9">
        <w:rPr>
          <w:rFonts w:ascii="Gill Sans MT" w:hAnsi="Gill Sans MT"/>
          <w:bCs/>
          <w:sz w:val="24"/>
          <w:szCs w:val="24"/>
          <w:lang w:val="en-GB"/>
        </w:rPr>
        <w:t xml:space="preserve"> </w:t>
      </w:r>
      <w:r w:rsidRPr="000421EA">
        <w:rPr>
          <w:rFonts w:ascii="Gill Sans MT" w:hAnsi="Gill Sans MT"/>
          <w:bCs/>
          <w:sz w:val="24"/>
          <w:szCs w:val="24"/>
          <w:lang w:val="en-GB"/>
        </w:rPr>
        <w:t>Bullying may involve repeated behaviour, although a single particularly serious incident may also constitute bullying or unacceptable behaviour.</w:t>
      </w:r>
      <w:r w:rsidR="00C126C9">
        <w:rPr>
          <w:rFonts w:ascii="Gill Sans MT" w:hAnsi="Gill Sans MT"/>
          <w:bCs/>
          <w:sz w:val="24"/>
          <w:szCs w:val="24"/>
          <w:lang w:val="en-GB"/>
        </w:rPr>
        <w:t xml:space="preserve"> </w:t>
      </w:r>
    </w:p>
    <w:p w14:paraId="7BB0D90E" w14:textId="77777777" w:rsidR="000908E2" w:rsidRPr="000421EA" w:rsidRDefault="000908E2" w:rsidP="000421EA">
      <w:pPr>
        <w:spacing w:after="0"/>
        <w:rPr>
          <w:rFonts w:ascii="Gill Sans MT" w:hAnsi="Gill Sans MT"/>
          <w:bCs/>
          <w:sz w:val="24"/>
          <w:szCs w:val="24"/>
          <w:lang w:val="en-GB"/>
        </w:rPr>
      </w:pPr>
      <w:r w:rsidRPr="000421EA">
        <w:rPr>
          <w:rFonts w:ascii="Gill Sans MT" w:hAnsi="Gill Sans MT"/>
          <w:bCs/>
          <w:sz w:val="24"/>
          <w:szCs w:val="24"/>
          <w:lang w:val="en-GB"/>
        </w:rPr>
        <w:t>Examples may include:</w:t>
      </w:r>
    </w:p>
    <w:p w14:paraId="4A83FB07"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repeatedly belittling or humiliating someone;</w:t>
      </w:r>
    </w:p>
    <w:p w14:paraId="444208A5"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insulting, mocking or ridiculing a person;</w:t>
      </w:r>
    </w:p>
    <w:p w14:paraId="34527843"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deliberately excluding someone from Church activities without a legitimate reason;</w:t>
      </w:r>
    </w:p>
    <w:p w14:paraId="5ADC5F68"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spreading malicious rumours or making false allegations;</w:t>
      </w:r>
    </w:p>
    <w:p w14:paraId="5344F40B"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persistently undermining someone's role or authority;</w:t>
      </w:r>
    </w:p>
    <w:p w14:paraId="17532CFB"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shouting at, threatening or intimidating someone;</w:t>
      </w:r>
    </w:p>
    <w:p w14:paraId="6CF14AA2"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deliberately setting someone up to fail;</w:t>
      </w:r>
    </w:p>
    <w:p w14:paraId="7FC9248E"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continually finding fault with someone in a hostile or humiliating manner;</w:t>
      </w:r>
    </w:p>
    <w:p w14:paraId="628C5797"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abusing a position of authority;</w:t>
      </w:r>
    </w:p>
    <w:p w14:paraId="3D092D5F"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deliberately withholding information necessary for someone to carry out their role;</w:t>
      </w:r>
    </w:p>
    <w:p w14:paraId="241E7679"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lastRenderedPageBreak/>
        <w:t>using a person's faith, ministry or position to manipulate or control them;</w:t>
      </w:r>
    </w:p>
    <w:p w14:paraId="3FB3B515" w14:textId="77777777" w:rsidR="000908E2" w:rsidRPr="000421EA" w:rsidRDefault="000908E2" w:rsidP="000421EA">
      <w:pPr>
        <w:numPr>
          <w:ilvl w:val="0"/>
          <w:numId w:val="13"/>
        </w:numPr>
        <w:spacing w:after="0"/>
        <w:rPr>
          <w:rFonts w:ascii="Gill Sans MT" w:hAnsi="Gill Sans MT"/>
          <w:bCs/>
          <w:sz w:val="24"/>
          <w:szCs w:val="24"/>
          <w:lang w:val="en-GB"/>
        </w:rPr>
      </w:pPr>
      <w:r w:rsidRPr="000421EA">
        <w:rPr>
          <w:rFonts w:ascii="Gill Sans MT" w:hAnsi="Gill Sans MT"/>
          <w:bCs/>
          <w:sz w:val="24"/>
          <w:szCs w:val="24"/>
          <w:lang w:val="en-GB"/>
        </w:rPr>
        <w:t>encouraging others to isolate or ostracise someone;</w:t>
      </w:r>
    </w:p>
    <w:p w14:paraId="6C36B826" w14:textId="77777777" w:rsidR="000908E2" w:rsidRPr="000421EA" w:rsidRDefault="000908E2" w:rsidP="000908E2">
      <w:pPr>
        <w:numPr>
          <w:ilvl w:val="0"/>
          <w:numId w:val="13"/>
        </w:numPr>
        <w:rPr>
          <w:rFonts w:ascii="Gill Sans MT" w:hAnsi="Gill Sans MT"/>
          <w:bCs/>
          <w:sz w:val="24"/>
          <w:szCs w:val="24"/>
          <w:lang w:val="en-GB"/>
        </w:rPr>
      </w:pPr>
      <w:r w:rsidRPr="000421EA">
        <w:rPr>
          <w:rFonts w:ascii="Gill Sans MT" w:hAnsi="Gill Sans MT"/>
          <w:bCs/>
          <w:sz w:val="24"/>
          <w:szCs w:val="24"/>
          <w:lang w:val="en-GB"/>
        </w:rPr>
        <w:t>repeatedly sending hostile, abusive or threatening messages.</w:t>
      </w:r>
    </w:p>
    <w:p w14:paraId="59EA594D" w14:textId="40B2C95B" w:rsidR="000908E2" w:rsidRPr="000421EA" w:rsidRDefault="000908E2" w:rsidP="000908E2">
      <w:pPr>
        <w:rPr>
          <w:rFonts w:ascii="Gill Sans MT" w:hAnsi="Gill Sans MT"/>
          <w:bCs/>
          <w:sz w:val="24"/>
          <w:szCs w:val="24"/>
          <w:lang w:val="en-GB"/>
        </w:rPr>
      </w:pPr>
      <w:r w:rsidRPr="000421EA">
        <w:rPr>
          <w:rFonts w:ascii="Gill Sans MT" w:hAnsi="Gill Sans MT"/>
          <w:bCs/>
          <w:sz w:val="24"/>
          <w:szCs w:val="24"/>
          <w:lang w:val="en-GB"/>
        </w:rPr>
        <w:t>Bullying can occur between people of equal status or where one person has greater authority, influence or responsibility than another.</w:t>
      </w:r>
      <w:r w:rsidR="00C126C9">
        <w:rPr>
          <w:rFonts w:ascii="Gill Sans MT" w:hAnsi="Gill Sans MT"/>
          <w:bCs/>
          <w:sz w:val="24"/>
          <w:szCs w:val="24"/>
          <w:lang w:val="en-GB"/>
        </w:rPr>
        <w:t xml:space="preserve"> </w:t>
      </w:r>
      <w:r w:rsidRPr="000421EA">
        <w:rPr>
          <w:rFonts w:ascii="Gill Sans MT" w:hAnsi="Gill Sans MT"/>
          <w:bCs/>
          <w:sz w:val="24"/>
          <w:szCs w:val="24"/>
          <w:lang w:val="en-GB"/>
        </w:rPr>
        <w:t>It can also occur upwards, for example where a group or individual persistently intimidates or undermines a member of clergy, employee, volunteer or office-holder.</w:t>
      </w:r>
    </w:p>
    <w:p w14:paraId="1A00C09A"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5. What is harassment?</w:t>
      </w:r>
    </w:p>
    <w:p w14:paraId="29E991B0" w14:textId="77777777" w:rsidR="000908E2" w:rsidRPr="00F0060E" w:rsidRDefault="000908E2" w:rsidP="000908E2">
      <w:pPr>
        <w:rPr>
          <w:rFonts w:ascii="Gill Sans MT" w:hAnsi="Gill Sans MT"/>
          <w:bCs/>
          <w:sz w:val="24"/>
          <w:szCs w:val="24"/>
          <w:lang w:val="en-GB"/>
        </w:rPr>
      </w:pPr>
      <w:r w:rsidRPr="00F0060E">
        <w:rPr>
          <w:rFonts w:ascii="Gill Sans MT" w:hAnsi="Gill Sans MT"/>
          <w:bCs/>
          <w:sz w:val="24"/>
          <w:szCs w:val="24"/>
          <w:lang w:val="en-GB"/>
        </w:rPr>
        <w:t>Harassment is unwanted conduct that violates a person's dignity or creates an intimidating, hostile, degrading, humiliating or offensive environment.</w:t>
      </w:r>
    </w:p>
    <w:p w14:paraId="0086DA31" w14:textId="77777777" w:rsidR="000908E2" w:rsidRPr="00F0060E" w:rsidRDefault="000908E2" w:rsidP="00F0060E">
      <w:pPr>
        <w:spacing w:after="0"/>
        <w:rPr>
          <w:rFonts w:ascii="Gill Sans MT" w:hAnsi="Gill Sans MT"/>
          <w:bCs/>
          <w:sz w:val="24"/>
          <w:szCs w:val="24"/>
          <w:lang w:val="en-GB"/>
        </w:rPr>
      </w:pPr>
      <w:r w:rsidRPr="00F0060E">
        <w:rPr>
          <w:rFonts w:ascii="Gill Sans MT" w:hAnsi="Gill Sans MT"/>
          <w:bCs/>
          <w:sz w:val="24"/>
          <w:szCs w:val="24"/>
          <w:lang w:val="en-GB"/>
        </w:rPr>
        <w:t>Harassment can be related to characteristics protected by law, including:</w:t>
      </w:r>
    </w:p>
    <w:p w14:paraId="506D47B1"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age;</w:t>
      </w:r>
    </w:p>
    <w:p w14:paraId="0B642C7E"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disability;</w:t>
      </w:r>
    </w:p>
    <w:p w14:paraId="1D0B9EE3"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gender reassignment;</w:t>
      </w:r>
    </w:p>
    <w:p w14:paraId="61DB3E62"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marriage or civil partnership;</w:t>
      </w:r>
    </w:p>
    <w:p w14:paraId="32F5203A"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pregnancy and maternity;</w:t>
      </w:r>
    </w:p>
    <w:p w14:paraId="00E216C2"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race;</w:t>
      </w:r>
    </w:p>
    <w:p w14:paraId="7C8FC11A"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religion or belief;</w:t>
      </w:r>
    </w:p>
    <w:p w14:paraId="31EFFE3B" w14:textId="77777777" w:rsidR="000908E2" w:rsidRPr="00F0060E" w:rsidRDefault="000908E2" w:rsidP="00F0060E">
      <w:pPr>
        <w:numPr>
          <w:ilvl w:val="0"/>
          <w:numId w:val="14"/>
        </w:numPr>
        <w:spacing w:after="0"/>
        <w:rPr>
          <w:rFonts w:ascii="Gill Sans MT" w:hAnsi="Gill Sans MT"/>
          <w:bCs/>
          <w:sz w:val="24"/>
          <w:szCs w:val="24"/>
          <w:lang w:val="en-GB"/>
        </w:rPr>
      </w:pPr>
      <w:r w:rsidRPr="00F0060E">
        <w:rPr>
          <w:rFonts w:ascii="Gill Sans MT" w:hAnsi="Gill Sans MT"/>
          <w:bCs/>
          <w:sz w:val="24"/>
          <w:szCs w:val="24"/>
          <w:lang w:val="en-GB"/>
        </w:rPr>
        <w:t>sex;</w:t>
      </w:r>
    </w:p>
    <w:p w14:paraId="5EF8DF25" w14:textId="77777777" w:rsidR="000908E2" w:rsidRPr="00F0060E" w:rsidRDefault="000908E2" w:rsidP="000908E2">
      <w:pPr>
        <w:numPr>
          <w:ilvl w:val="0"/>
          <w:numId w:val="14"/>
        </w:numPr>
        <w:rPr>
          <w:rFonts w:ascii="Gill Sans MT" w:hAnsi="Gill Sans MT"/>
          <w:bCs/>
          <w:sz w:val="24"/>
          <w:szCs w:val="24"/>
          <w:lang w:val="en-GB"/>
        </w:rPr>
      </w:pPr>
      <w:r w:rsidRPr="00F0060E">
        <w:rPr>
          <w:rFonts w:ascii="Gill Sans MT" w:hAnsi="Gill Sans MT"/>
          <w:bCs/>
          <w:sz w:val="24"/>
          <w:szCs w:val="24"/>
          <w:lang w:val="en-GB"/>
        </w:rPr>
        <w:t>sexual orientation.</w:t>
      </w:r>
    </w:p>
    <w:p w14:paraId="0C9573BF" w14:textId="77777777" w:rsidR="000908E2" w:rsidRPr="00F0060E" w:rsidRDefault="000908E2" w:rsidP="000908E2">
      <w:pPr>
        <w:rPr>
          <w:rFonts w:ascii="Gill Sans MT" w:hAnsi="Gill Sans MT"/>
          <w:bCs/>
          <w:sz w:val="24"/>
          <w:szCs w:val="24"/>
          <w:lang w:val="en-GB"/>
        </w:rPr>
      </w:pPr>
      <w:r w:rsidRPr="00F0060E">
        <w:rPr>
          <w:rFonts w:ascii="Gill Sans MT" w:hAnsi="Gill Sans MT"/>
          <w:bCs/>
          <w:sz w:val="24"/>
          <w:szCs w:val="24"/>
          <w:lang w:val="en-GB"/>
        </w:rPr>
        <w:t>Harassment may also involve other unwanted behaviour that is unacceptable within the Church community, even where it does not fall within a specific legal definition.</w:t>
      </w:r>
    </w:p>
    <w:p w14:paraId="5C86300A" w14:textId="77777777" w:rsidR="000908E2" w:rsidRPr="00F0060E" w:rsidRDefault="000908E2" w:rsidP="00F0060E">
      <w:pPr>
        <w:spacing w:after="0"/>
        <w:rPr>
          <w:rFonts w:ascii="Gill Sans MT" w:hAnsi="Gill Sans MT"/>
          <w:bCs/>
          <w:sz w:val="24"/>
          <w:szCs w:val="24"/>
          <w:lang w:val="en-GB"/>
        </w:rPr>
      </w:pPr>
      <w:r w:rsidRPr="00F0060E">
        <w:rPr>
          <w:rFonts w:ascii="Gill Sans MT" w:hAnsi="Gill Sans MT"/>
          <w:bCs/>
          <w:sz w:val="24"/>
          <w:szCs w:val="24"/>
          <w:lang w:val="en-GB"/>
        </w:rPr>
        <w:t>Examples can include:</w:t>
      </w:r>
    </w:p>
    <w:p w14:paraId="22EDDEAE"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offensive or derogatory comments;</w:t>
      </w:r>
    </w:p>
    <w:p w14:paraId="1A847408"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inappropriate jokes or remarks;</w:t>
      </w:r>
    </w:p>
    <w:p w14:paraId="666420EF"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unwanted sexual comments or attention;</w:t>
      </w:r>
    </w:p>
    <w:p w14:paraId="2A505C59"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displaying offensive material;</w:t>
      </w:r>
    </w:p>
    <w:p w14:paraId="67F38EE8"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mocking someone's disability, background, accent or identity;</w:t>
      </w:r>
    </w:p>
    <w:p w14:paraId="05BE4C8D"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repeated unwanted comments about a person's appearance;</w:t>
      </w:r>
    </w:p>
    <w:p w14:paraId="708B70C5"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deliberately using offensive names or language;</w:t>
      </w:r>
    </w:p>
    <w:p w14:paraId="30723492"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inappropriate comments about someone's faith or beliefs;</w:t>
      </w:r>
    </w:p>
    <w:p w14:paraId="28579A62"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unwanted physical contact;</w:t>
      </w:r>
    </w:p>
    <w:p w14:paraId="43CA772B" w14:textId="77777777" w:rsidR="000908E2" w:rsidRPr="00F0060E" w:rsidRDefault="000908E2" w:rsidP="00F0060E">
      <w:pPr>
        <w:numPr>
          <w:ilvl w:val="0"/>
          <w:numId w:val="15"/>
        </w:numPr>
        <w:spacing w:after="0"/>
        <w:rPr>
          <w:rFonts w:ascii="Gill Sans MT" w:hAnsi="Gill Sans MT"/>
          <w:bCs/>
          <w:sz w:val="24"/>
          <w:szCs w:val="24"/>
          <w:lang w:val="en-GB"/>
        </w:rPr>
      </w:pPr>
      <w:r w:rsidRPr="00F0060E">
        <w:rPr>
          <w:rFonts w:ascii="Gill Sans MT" w:hAnsi="Gill Sans MT"/>
          <w:bCs/>
          <w:sz w:val="24"/>
          <w:szCs w:val="24"/>
          <w:lang w:val="en-GB"/>
        </w:rPr>
        <w:t>sexually suggestive behaviour;</w:t>
      </w:r>
    </w:p>
    <w:p w14:paraId="494A9718" w14:textId="77777777" w:rsidR="000908E2" w:rsidRPr="00F0060E" w:rsidRDefault="000908E2" w:rsidP="000908E2">
      <w:pPr>
        <w:numPr>
          <w:ilvl w:val="0"/>
          <w:numId w:val="15"/>
        </w:numPr>
        <w:rPr>
          <w:rFonts w:ascii="Gill Sans MT" w:hAnsi="Gill Sans MT"/>
          <w:bCs/>
          <w:sz w:val="24"/>
          <w:szCs w:val="24"/>
          <w:lang w:val="en-GB"/>
        </w:rPr>
      </w:pPr>
      <w:r w:rsidRPr="00F0060E">
        <w:rPr>
          <w:rFonts w:ascii="Gill Sans MT" w:hAnsi="Gill Sans MT"/>
          <w:bCs/>
          <w:sz w:val="24"/>
          <w:szCs w:val="24"/>
          <w:lang w:val="en-GB"/>
        </w:rPr>
        <w:t>hostile or offensive messages, emails or social-media posts.</w:t>
      </w:r>
    </w:p>
    <w:p w14:paraId="4D9351D4" w14:textId="77777777" w:rsidR="000908E2" w:rsidRPr="00F0060E" w:rsidRDefault="000908E2" w:rsidP="000908E2">
      <w:pPr>
        <w:rPr>
          <w:rFonts w:ascii="Gill Sans MT" w:hAnsi="Gill Sans MT"/>
          <w:bCs/>
          <w:sz w:val="24"/>
          <w:szCs w:val="24"/>
          <w:lang w:val="en-GB"/>
        </w:rPr>
      </w:pPr>
      <w:r w:rsidRPr="00F0060E">
        <w:rPr>
          <w:rFonts w:ascii="Gill Sans MT" w:hAnsi="Gill Sans MT"/>
          <w:bCs/>
          <w:sz w:val="24"/>
          <w:szCs w:val="24"/>
          <w:lang w:val="en-GB"/>
        </w:rPr>
        <w:t>Harassment may be verbal, written, physical, visual or online.</w:t>
      </w:r>
    </w:p>
    <w:p w14:paraId="351D98EC"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6. Discrimination and victimisation</w:t>
      </w:r>
    </w:p>
    <w:p w14:paraId="14FB1D7B" w14:textId="71C65A4E" w:rsidR="000908E2" w:rsidRPr="00F0060E" w:rsidRDefault="00F0060E" w:rsidP="000908E2">
      <w:pPr>
        <w:rPr>
          <w:rFonts w:ascii="Gill Sans MT" w:hAnsi="Gill Sans MT"/>
          <w:bCs/>
          <w:sz w:val="24"/>
          <w:szCs w:val="24"/>
          <w:lang w:val="en-GB"/>
        </w:rPr>
      </w:pPr>
      <w:r>
        <w:rPr>
          <w:rFonts w:ascii="Gill Sans MT" w:hAnsi="Gill Sans MT"/>
          <w:bCs/>
          <w:sz w:val="24"/>
          <w:szCs w:val="24"/>
          <w:lang w:val="en-GB"/>
        </w:rPr>
        <w:lastRenderedPageBreak/>
        <w:t>The PCC</w:t>
      </w:r>
      <w:r w:rsidR="000908E2" w:rsidRPr="00F0060E">
        <w:rPr>
          <w:rFonts w:ascii="Gill Sans MT" w:hAnsi="Gill Sans MT"/>
          <w:bCs/>
          <w:sz w:val="24"/>
          <w:szCs w:val="24"/>
          <w:lang w:val="en-GB"/>
        </w:rPr>
        <w:t xml:space="preserve"> will not tolerate unlawful discrimination.</w:t>
      </w:r>
      <w:r w:rsidR="00C126C9">
        <w:rPr>
          <w:rFonts w:ascii="Gill Sans MT" w:hAnsi="Gill Sans MT"/>
          <w:bCs/>
          <w:sz w:val="24"/>
          <w:szCs w:val="24"/>
          <w:lang w:val="en-GB"/>
        </w:rPr>
        <w:t xml:space="preserve"> </w:t>
      </w:r>
      <w:r w:rsidR="000908E2" w:rsidRPr="00F0060E">
        <w:rPr>
          <w:rFonts w:ascii="Gill Sans MT" w:hAnsi="Gill Sans MT"/>
          <w:bCs/>
          <w:sz w:val="24"/>
          <w:szCs w:val="24"/>
          <w:lang w:val="en-GB"/>
        </w:rPr>
        <w:t>No person should receive less favourable treatment because of a protected characteristic or because they have raised a legitimate concern about bullying, harassment or other inappropriate behaviour.</w:t>
      </w:r>
    </w:p>
    <w:p w14:paraId="00A6AC10" w14:textId="77777777" w:rsidR="000908E2" w:rsidRPr="00F0060E" w:rsidRDefault="000908E2" w:rsidP="00F0060E">
      <w:pPr>
        <w:spacing w:after="0"/>
        <w:rPr>
          <w:rFonts w:ascii="Gill Sans MT" w:hAnsi="Gill Sans MT"/>
          <w:bCs/>
          <w:sz w:val="24"/>
          <w:szCs w:val="24"/>
          <w:lang w:val="en-GB"/>
        </w:rPr>
      </w:pPr>
      <w:r w:rsidRPr="00F0060E">
        <w:rPr>
          <w:rFonts w:ascii="Gill Sans MT" w:hAnsi="Gill Sans MT"/>
          <w:bCs/>
          <w:sz w:val="24"/>
          <w:szCs w:val="24"/>
          <w:lang w:val="en-GB"/>
        </w:rPr>
        <w:t>Victimisation includes treating someone badly because they have:</w:t>
      </w:r>
    </w:p>
    <w:p w14:paraId="15239404" w14:textId="77777777" w:rsidR="000908E2" w:rsidRPr="00F0060E" w:rsidRDefault="000908E2" w:rsidP="00F0060E">
      <w:pPr>
        <w:numPr>
          <w:ilvl w:val="0"/>
          <w:numId w:val="16"/>
        </w:numPr>
        <w:spacing w:after="0"/>
        <w:rPr>
          <w:rFonts w:ascii="Gill Sans MT" w:hAnsi="Gill Sans MT"/>
          <w:bCs/>
          <w:sz w:val="24"/>
          <w:szCs w:val="24"/>
          <w:lang w:val="en-GB"/>
        </w:rPr>
      </w:pPr>
      <w:r w:rsidRPr="00F0060E">
        <w:rPr>
          <w:rFonts w:ascii="Gill Sans MT" w:hAnsi="Gill Sans MT"/>
          <w:bCs/>
          <w:sz w:val="24"/>
          <w:szCs w:val="24"/>
          <w:lang w:val="en-GB"/>
        </w:rPr>
        <w:t>raised a genuine concern;</w:t>
      </w:r>
    </w:p>
    <w:p w14:paraId="10F22BC2" w14:textId="77777777" w:rsidR="000908E2" w:rsidRPr="00F0060E" w:rsidRDefault="000908E2" w:rsidP="00F0060E">
      <w:pPr>
        <w:numPr>
          <w:ilvl w:val="0"/>
          <w:numId w:val="16"/>
        </w:numPr>
        <w:spacing w:after="0"/>
        <w:rPr>
          <w:rFonts w:ascii="Gill Sans MT" w:hAnsi="Gill Sans MT"/>
          <w:bCs/>
          <w:sz w:val="24"/>
          <w:szCs w:val="24"/>
          <w:lang w:val="en-GB"/>
        </w:rPr>
      </w:pPr>
      <w:r w:rsidRPr="00F0060E">
        <w:rPr>
          <w:rFonts w:ascii="Gill Sans MT" w:hAnsi="Gill Sans MT"/>
          <w:bCs/>
          <w:sz w:val="24"/>
          <w:szCs w:val="24"/>
          <w:lang w:val="en-GB"/>
        </w:rPr>
        <w:t>made a complaint;</w:t>
      </w:r>
    </w:p>
    <w:p w14:paraId="35856956" w14:textId="77777777" w:rsidR="000908E2" w:rsidRPr="00F0060E" w:rsidRDefault="000908E2" w:rsidP="00F0060E">
      <w:pPr>
        <w:numPr>
          <w:ilvl w:val="0"/>
          <w:numId w:val="16"/>
        </w:numPr>
        <w:spacing w:after="0"/>
        <w:rPr>
          <w:rFonts w:ascii="Gill Sans MT" w:hAnsi="Gill Sans MT"/>
          <w:bCs/>
          <w:sz w:val="24"/>
          <w:szCs w:val="24"/>
          <w:lang w:val="en-GB"/>
        </w:rPr>
      </w:pPr>
      <w:r w:rsidRPr="00F0060E">
        <w:rPr>
          <w:rFonts w:ascii="Gill Sans MT" w:hAnsi="Gill Sans MT"/>
          <w:bCs/>
          <w:sz w:val="24"/>
          <w:szCs w:val="24"/>
          <w:lang w:val="en-GB"/>
        </w:rPr>
        <w:t>supported another person's complaint;</w:t>
      </w:r>
    </w:p>
    <w:p w14:paraId="5A26DEBF" w14:textId="77777777" w:rsidR="000908E2" w:rsidRPr="00F0060E" w:rsidRDefault="000908E2" w:rsidP="00F0060E">
      <w:pPr>
        <w:numPr>
          <w:ilvl w:val="0"/>
          <w:numId w:val="16"/>
        </w:numPr>
        <w:spacing w:after="0"/>
        <w:rPr>
          <w:rFonts w:ascii="Gill Sans MT" w:hAnsi="Gill Sans MT"/>
          <w:bCs/>
          <w:sz w:val="24"/>
          <w:szCs w:val="24"/>
          <w:lang w:val="en-GB"/>
        </w:rPr>
      </w:pPr>
      <w:r w:rsidRPr="00F0060E">
        <w:rPr>
          <w:rFonts w:ascii="Gill Sans MT" w:hAnsi="Gill Sans MT"/>
          <w:bCs/>
          <w:sz w:val="24"/>
          <w:szCs w:val="24"/>
          <w:lang w:val="en-GB"/>
        </w:rPr>
        <w:t>participated in an investigation;</w:t>
      </w:r>
    </w:p>
    <w:p w14:paraId="203C2718" w14:textId="77777777" w:rsidR="000908E2" w:rsidRPr="00F0060E" w:rsidRDefault="000908E2" w:rsidP="000908E2">
      <w:pPr>
        <w:numPr>
          <w:ilvl w:val="0"/>
          <w:numId w:val="16"/>
        </w:numPr>
        <w:rPr>
          <w:rFonts w:ascii="Gill Sans MT" w:hAnsi="Gill Sans MT"/>
          <w:bCs/>
          <w:sz w:val="24"/>
          <w:szCs w:val="24"/>
          <w:lang w:val="en-GB"/>
        </w:rPr>
      </w:pPr>
      <w:r w:rsidRPr="00F0060E">
        <w:rPr>
          <w:rFonts w:ascii="Gill Sans MT" w:hAnsi="Gill Sans MT"/>
          <w:bCs/>
          <w:sz w:val="24"/>
          <w:szCs w:val="24"/>
          <w:lang w:val="en-GB"/>
        </w:rPr>
        <w:t>provided information as a witness.</w:t>
      </w:r>
    </w:p>
    <w:p w14:paraId="313E51EF" w14:textId="2059FB14" w:rsidR="000908E2" w:rsidRPr="00F0060E" w:rsidRDefault="000908E2" w:rsidP="000908E2">
      <w:pPr>
        <w:rPr>
          <w:rFonts w:ascii="Gill Sans MT" w:hAnsi="Gill Sans MT"/>
          <w:bCs/>
          <w:sz w:val="24"/>
          <w:szCs w:val="24"/>
          <w:lang w:val="en-GB"/>
        </w:rPr>
      </w:pPr>
      <w:r w:rsidRPr="00F0060E">
        <w:rPr>
          <w:rFonts w:ascii="Gill Sans MT" w:hAnsi="Gill Sans MT"/>
          <w:bCs/>
          <w:sz w:val="24"/>
          <w:szCs w:val="24"/>
          <w:lang w:val="en-GB"/>
        </w:rPr>
        <w:t>A person who raises a concern in good faith will not be penalised simply because the concern is ultimately not upheld.</w:t>
      </w:r>
      <w:r w:rsidR="00C126C9">
        <w:rPr>
          <w:rFonts w:ascii="Gill Sans MT" w:hAnsi="Gill Sans MT"/>
          <w:bCs/>
          <w:sz w:val="24"/>
          <w:szCs w:val="24"/>
          <w:lang w:val="en-GB"/>
        </w:rPr>
        <w:t xml:space="preserve"> </w:t>
      </w:r>
      <w:r w:rsidRPr="00F0060E">
        <w:rPr>
          <w:rFonts w:ascii="Gill Sans MT" w:hAnsi="Gill Sans MT"/>
          <w:bCs/>
          <w:sz w:val="24"/>
          <w:szCs w:val="24"/>
          <w:lang w:val="en-GB"/>
        </w:rPr>
        <w:t xml:space="preserve">However, deliberately making a malicious or knowingly false allegation may itself constitute misconduct and </w:t>
      </w:r>
      <w:r w:rsidR="00EA4C8A">
        <w:rPr>
          <w:rFonts w:ascii="Gill Sans MT" w:hAnsi="Gill Sans MT"/>
          <w:bCs/>
          <w:sz w:val="24"/>
          <w:szCs w:val="24"/>
          <w:lang w:val="en-GB"/>
        </w:rPr>
        <w:t>will</w:t>
      </w:r>
      <w:r w:rsidRPr="00F0060E">
        <w:rPr>
          <w:rFonts w:ascii="Gill Sans MT" w:hAnsi="Gill Sans MT"/>
          <w:bCs/>
          <w:sz w:val="24"/>
          <w:szCs w:val="24"/>
          <w:lang w:val="en-GB"/>
        </w:rPr>
        <w:t xml:space="preserve"> be dealt with appropriately.</w:t>
      </w:r>
    </w:p>
    <w:p w14:paraId="3E76E1AE" w14:textId="55145C75" w:rsidR="000908E2" w:rsidRPr="000908E2" w:rsidRDefault="002B52BE" w:rsidP="000908E2">
      <w:pPr>
        <w:rPr>
          <w:rFonts w:ascii="Gill Sans MT" w:hAnsi="Gill Sans MT"/>
          <w:b/>
          <w:sz w:val="24"/>
          <w:szCs w:val="24"/>
          <w:lang w:val="en-GB"/>
        </w:rPr>
      </w:pPr>
      <w:r>
        <w:rPr>
          <w:rFonts w:ascii="Gill Sans MT" w:hAnsi="Gill Sans MT"/>
          <w:b/>
          <w:sz w:val="24"/>
          <w:szCs w:val="24"/>
          <w:lang w:val="en-GB"/>
        </w:rPr>
        <w:t>7</w:t>
      </w:r>
      <w:r w:rsidR="000908E2" w:rsidRPr="000908E2">
        <w:rPr>
          <w:rFonts w:ascii="Gill Sans MT" w:hAnsi="Gill Sans MT"/>
          <w:b/>
          <w:sz w:val="24"/>
          <w:szCs w:val="24"/>
          <w:lang w:val="en-GB"/>
        </w:rPr>
        <w:t>. Responsibilities of everyone</w:t>
      </w:r>
    </w:p>
    <w:p w14:paraId="71BCA3C1" w14:textId="77777777" w:rsidR="000908E2" w:rsidRPr="002B52BE" w:rsidRDefault="000908E2" w:rsidP="000908E2">
      <w:pPr>
        <w:rPr>
          <w:rFonts w:ascii="Gill Sans MT" w:hAnsi="Gill Sans MT"/>
          <w:bCs/>
          <w:sz w:val="24"/>
          <w:szCs w:val="24"/>
          <w:lang w:val="en-GB"/>
        </w:rPr>
      </w:pPr>
      <w:r w:rsidRPr="002B52BE">
        <w:rPr>
          <w:rFonts w:ascii="Gill Sans MT" w:hAnsi="Gill Sans MT"/>
          <w:bCs/>
          <w:sz w:val="24"/>
          <w:szCs w:val="24"/>
          <w:lang w:val="en-GB"/>
        </w:rPr>
        <w:t>Everyone connected with St Leonard's has a responsibility to contribute to a respectful environment.</w:t>
      </w:r>
    </w:p>
    <w:p w14:paraId="6CE31141" w14:textId="77777777" w:rsidR="000908E2" w:rsidRPr="002B52BE" w:rsidRDefault="000908E2" w:rsidP="002B52BE">
      <w:pPr>
        <w:spacing w:after="0"/>
        <w:rPr>
          <w:rFonts w:ascii="Gill Sans MT" w:hAnsi="Gill Sans MT"/>
          <w:bCs/>
          <w:sz w:val="24"/>
          <w:szCs w:val="24"/>
          <w:lang w:val="en-GB"/>
        </w:rPr>
      </w:pPr>
      <w:r w:rsidRPr="002B52BE">
        <w:rPr>
          <w:rFonts w:ascii="Gill Sans MT" w:hAnsi="Gill Sans MT"/>
          <w:bCs/>
          <w:sz w:val="24"/>
          <w:szCs w:val="24"/>
          <w:lang w:val="en-GB"/>
        </w:rPr>
        <w:t>Everyone is expected to:</w:t>
      </w:r>
    </w:p>
    <w:p w14:paraId="5E19EB6A"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treat others with dignity and respect;</w:t>
      </w:r>
    </w:p>
    <w:p w14:paraId="236924A4"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communicate courteously;</w:t>
      </w:r>
    </w:p>
    <w:p w14:paraId="13AF66F8"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avoid insulting, threatening or intimidating behaviour;</w:t>
      </w:r>
    </w:p>
    <w:p w14:paraId="4B0E0532"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respect appropriate personal and professional boundaries;</w:t>
      </w:r>
    </w:p>
    <w:p w14:paraId="73EA257B"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avoid gossip and malicious rumours;</w:t>
      </w:r>
    </w:p>
    <w:p w14:paraId="78ACC31C"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challenge inappropriate behaviour where it is safe and reasonable to do so;</w:t>
      </w:r>
    </w:p>
    <w:p w14:paraId="16C60AE0"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raise serious concerns appropriately;</w:t>
      </w:r>
    </w:p>
    <w:p w14:paraId="469BF709"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cooperate honestly with any investigation;</w:t>
      </w:r>
    </w:p>
    <w:p w14:paraId="6860EEEE" w14:textId="77777777" w:rsidR="000908E2" w:rsidRPr="002B52BE" w:rsidRDefault="000908E2" w:rsidP="002B52BE">
      <w:pPr>
        <w:numPr>
          <w:ilvl w:val="0"/>
          <w:numId w:val="18"/>
        </w:numPr>
        <w:spacing w:after="0"/>
        <w:rPr>
          <w:rFonts w:ascii="Gill Sans MT" w:hAnsi="Gill Sans MT"/>
          <w:bCs/>
          <w:sz w:val="24"/>
          <w:szCs w:val="24"/>
          <w:lang w:val="en-GB"/>
        </w:rPr>
      </w:pPr>
      <w:r w:rsidRPr="002B52BE">
        <w:rPr>
          <w:rFonts w:ascii="Gill Sans MT" w:hAnsi="Gill Sans MT"/>
          <w:bCs/>
          <w:sz w:val="24"/>
          <w:szCs w:val="24"/>
          <w:lang w:val="en-GB"/>
        </w:rPr>
        <w:t>respect confidentiality;</w:t>
      </w:r>
    </w:p>
    <w:p w14:paraId="69BB186B" w14:textId="77777777" w:rsidR="000908E2" w:rsidRPr="002B52BE" w:rsidRDefault="000908E2" w:rsidP="000908E2">
      <w:pPr>
        <w:numPr>
          <w:ilvl w:val="0"/>
          <w:numId w:val="18"/>
        </w:numPr>
        <w:rPr>
          <w:rFonts w:ascii="Gill Sans MT" w:hAnsi="Gill Sans MT"/>
          <w:bCs/>
          <w:sz w:val="24"/>
          <w:szCs w:val="24"/>
          <w:lang w:val="en-GB"/>
        </w:rPr>
      </w:pPr>
      <w:r w:rsidRPr="002B52BE">
        <w:rPr>
          <w:rFonts w:ascii="Gill Sans MT" w:hAnsi="Gill Sans MT"/>
          <w:bCs/>
          <w:sz w:val="24"/>
          <w:szCs w:val="24"/>
          <w:lang w:val="en-GB"/>
        </w:rPr>
        <w:t>avoid retaliating against anyone who raises a genuine concern.</w:t>
      </w:r>
    </w:p>
    <w:p w14:paraId="49A4B9A8" w14:textId="77777777" w:rsidR="000908E2" w:rsidRPr="002B52BE" w:rsidRDefault="000908E2" w:rsidP="000908E2">
      <w:pPr>
        <w:rPr>
          <w:rFonts w:ascii="Gill Sans MT" w:hAnsi="Gill Sans MT"/>
          <w:bCs/>
          <w:sz w:val="24"/>
          <w:szCs w:val="24"/>
          <w:lang w:val="en-GB"/>
        </w:rPr>
      </w:pPr>
      <w:r w:rsidRPr="002B52BE">
        <w:rPr>
          <w:rFonts w:ascii="Gill Sans MT" w:hAnsi="Gill Sans MT"/>
          <w:bCs/>
          <w:sz w:val="24"/>
          <w:szCs w:val="24"/>
          <w:lang w:val="en-GB"/>
        </w:rPr>
        <w:t>Those in positions of leadership have an additional responsibility to model appropriate behaviour and to act when concerns are brought to their attention.</w:t>
      </w:r>
    </w:p>
    <w:p w14:paraId="79918F5A"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10. Raising a concern</w:t>
      </w:r>
    </w:p>
    <w:p w14:paraId="60357178" w14:textId="77777777" w:rsidR="000908E2" w:rsidRPr="0000276D" w:rsidRDefault="000908E2" w:rsidP="000908E2">
      <w:pPr>
        <w:rPr>
          <w:rFonts w:ascii="Gill Sans MT" w:hAnsi="Gill Sans MT"/>
          <w:bCs/>
          <w:sz w:val="24"/>
          <w:szCs w:val="24"/>
          <w:lang w:val="en-GB"/>
        </w:rPr>
      </w:pPr>
      <w:r w:rsidRPr="0000276D">
        <w:rPr>
          <w:rFonts w:ascii="Gill Sans MT" w:hAnsi="Gill Sans MT"/>
          <w:bCs/>
          <w:sz w:val="24"/>
          <w:szCs w:val="24"/>
          <w:lang w:val="en-GB"/>
        </w:rPr>
        <w:t>Anyone who experiences or witnesses bullying or harassment is encouraged to raise the matter as soon as reasonably possible.</w:t>
      </w:r>
    </w:p>
    <w:p w14:paraId="7D4EF982" w14:textId="77777777" w:rsidR="000908E2" w:rsidRPr="0000276D" w:rsidRDefault="000908E2" w:rsidP="00E76508">
      <w:pPr>
        <w:spacing w:after="0"/>
        <w:rPr>
          <w:rFonts w:ascii="Gill Sans MT" w:hAnsi="Gill Sans MT"/>
          <w:bCs/>
          <w:sz w:val="24"/>
          <w:szCs w:val="24"/>
          <w:lang w:val="en-GB"/>
        </w:rPr>
      </w:pPr>
      <w:r w:rsidRPr="0000276D">
        <w:rPr>
          <w:rFonts w:ascii="Gill Sans MT" w:hAnsi="Gill Sans MT"/>
          <w:bCs/>
          <w:sz w:val="24"/>
          <w:szCs w:val="24"/>
          <w:lang w:val="en-GB"/>
        </w:rPr>
        <w:t>A concern may be raised with:</w:t>
      </w:r>
    </w:p>
    <w:p w14:paraId="59C6E62A" w14:textId="77777777" w:rsidR="000908E2" w:rsidRPr="0000276D" w:rsidRDefault="000908E2" w:rsidP="00E76508">
      <w:pPr>
        <w:numPr>
          <w:ilvl w:val="0"/>
          <w:numId w:val="20"/>
        </w:numPr>
        <w:spacing w:after="0"/>
        <w:rPr>
          <w:rFonts w:ascii="Gill Sans MT" w:hAnsi="Gill Sans MT"/>
          <w:bCs/>
          <w:sz w:val="24"/>
          <w:szCs w:val="24"/>
          <w:lang w:val="en-GB"/>
        </w:rPr>
      </w:pPr>
      <w:r w:rsidRPr="0000276D">
        <w:rPr>
          <w:rFonts w:ascii="Gill Sans MT" w:hAnsi="Gill Sans MT"/>
          <w:bCs/>
          <w:sz w:val="24"/>
          <w:szCs w:val="24"/>
          <w:lang w:val="en-GB"/>
        </w:rPr>
        <w:t>the Incumbent;</w:t>
      </w:r>
    </w:p>
    <w:p w14:paraId="3E78AF80" w14:textId="77777777" w:rsidR="000908E2" w:rsidRPr="0000276D" w:rsidRDefault="000908E2" w:rsidP="00E76508">
      <w:pPr>
        <w:numPr>
          <w:ilvl w:val="0"/>
          <w:numId w:val="20"/>
        </w:numPr>
        <w:spacing w:after="0"/>
        <w:rPr>
          <w:rFonts w:ascii="Gill Sans MT" w:hAnsi="Gill Sans MT"/>
          <w:bCs/>
          <w:sz w:val="24"/>
          <w:szCs w:val="24"/>
          <w:lang w:val="en-GB"/>
        </w:rPr>
      </w:pPr>
      <w:r w:rsidRPr="0000276D">
        <w:rPr>
          <w:rFonts w:ascii="Gill Sans MT" w:hAnsi="Gill Sans MT"/>
          <w:bCs/>
          <w:sz w:val="24"/>
          <w:szCs w:val="24"/>
          <w:lang w:val="en-GB"/>
        </w:rPr>
        <w:t>a Churchwarden;</w:t>
      </w:r>
    </w:p>
    <w:p w14:paraId="36F19DF6" w14:textId="77777777" w:rsidR="000908E2" w:rsidRPr="0000276D" w:rsidRDefault="000908E2" w:rsidP="00E76508">
      <w:pPr>
        <w:numPr>
          <w:ilvl w:val="0"/>
          <w:numId w:val="20"/>
        </w:numPr>
        <w:spacing w:after="0"/>
        <w:rPr>
          <w:rFonts w:ascii="Gill Sans MT" w:hAnsi="Gill Sans MT"/>
          <w:bCs/>
          <w:sz w:val="24"/>
          <w:szCs w:val="24"/>
          <w:lang w:val="en-GB"/>
        </w:rPr>
      </w:pPr>
      <w:r w:rsidRPr="0000276D">
        <w:rPr>
          <w:rFonts w:ascii="Gill Sans MT" w:hAnsi="Gill Sans MT"/>
          <w:bCs/>
          <w:sz w:val="24"/>
          <w:szCs w:val="24"/>
          <w:lang w:val="en-GB"/>
        </w:rPr>
        <w:t>the PCC Secretary;</w:t>
      </w:r>
    </w:p>
    <w:p w14:paraId="6E45C5C0" w14:textId="7FF77B44" w:rsidR="000908E2" w:rsidRPr="0000276D" w:rsidRDefault="000908E2" w:rsidP="006F3D40">
      <w:pPr>
        <w:numPr>
          <w:ilvl w:val="0"/>
          <w:numId w:val="20"/>
        </w:numPr>
        <w:rPr>
          <w:rFonts w:ascii="Gill Sans MT" w:hAnsi="Gill Sans MT"/>
          <w:bCs/>
          <w:sz w:val="24"/>
          <w:szCs w:val="24"/>
          <w:lang w:val="en-GB"/>
        </w:rPr>
      </w:pPr>
      <w:r w:rsidRPr="0000276D">
        <w:rPr>
          <w:rFonts w:ascii="Gill Sans MT" w:hAnsi="Gill Sans MT"/>
          <w:bCs/>
          <w:sz w:val="24"/>
          <w:szCs w:val="24"/>
          <w:lang w:val="en-GB"/>
        </w:rPr>
        <w:t xml:space="preserve">the PCC Safeguarding Officer, where </w:t>
      </w:r>
      <w:r w:rsidR="00793B62">
        <w:rPr>
          <w:rFonts w:ascii="Gill Sans MT" w:hAnsi="Gill Sans MT"/>
          <w:bCs/>
          <w:sz w:val="24"/>
          <w:szCs w:val="24"/>
          <w:lang w:val="en-GB"/>
        </w:rPr>
        <w:t>a safeguarding concern is raised</w:t>
      </w:r>
      <w:r w:rsidRPr="0000276D">
        <w:rPr>
          <w:rFonts w:ascii="Gill Sans MT" w:hAnsi="Gill Sans MT"/>
          <w:bCs/>
          <w:sz w:val="24"/>
          <w:szCs w:val="24"/>
          <w:lang w:val="en-GB"/>
        </w:rPr>
        <w:t>;</w:t>
      </w:r>
    </w:p>
    <w:tbl>
      <w:tblPr>
        <w:tblStyle w:val="TableGrid"/>
        <w:tblW w:w="0" w:type="auto"/>
        <w:tblLook w:val="04A0" w:firstRow="1" w:lastRow="0" w:firstColumn="1" w:lastColumn="0" w:noHBand="0" w:noVBand="1"/>
      </w:tblPr>
      <w:tblGrid>
        <w:gridCol w:w="4644"/>
        <w:gridCol w:w="4111"/>
        <w:gridCol w:w="2261"/>
      </w:tblGrid>
      <w:tr w:rsidR="001644B3" w14:paraId="2915A666" w14:textId="77777777" w:rsidTr="00673DF4">
        <w:tc>
          <w:tcPr>
            <w:tcW w:w="4644" w:type="dxa"/>
          </w:tcPr>
          <w:p w14:paraId="42B6D082" w14:textId="13C9A508" w:rsidR="001644B3" w:rsidRPr="00673DF4" w:rsidRDefault="00673DF4" w:rsidP="00673DF4">
            <w:pPr>
              <w:jc w:val="center"/>
              <w:rPr>
                <w:rFonts w:ascii="Gill Sans MT" w:hAnsi="Gill Sans MT"/>
                <w:b/>
                <w:sz w:val="24"/>
                <w:szCs w:val="24"/>
                <w:lang w:val="en-GB"/>
              </w:rPr>
            </w:pPr>
            <w:r>
              <w:rPr>
                <w:rFonts w:ascii="Gill Sans MT" w:hAnsi="Gill Sans MT"/>
                <w:b/>
                <w:sz w:val="24"/>
                <w:szCs w:val="24"/>
                <w:lang w:val="en-GB"/>
              </w:rPr>
              <w:lastRenderedPageBreak/>
              <w:t>Contact</w:t>
            </w:r>
          </w:p>
        </w:tc>
        <w:tc>
          <w:tcPr>
            <w:tcW w:w="4111" w:type="dxa"/>
          </w:tcPr>
          <w:p w14:paraId="7A69D1CE" w14:textId="64D3A679" w:rsidR="001644B3" w:rsidRPr="00673DF4" w:rsidRDefault="00673DF4" w:rsidP="00673DF4">
            <w:pPr>
              <w:jc w:val="center"/>
              <w:rPr>
                <w:rFonts w:ascii="Gill Sans MT" w:hAnsi="Gill Sans MT"/>
                <w:b/>
                <w:sz w:val="24"/>
                <w:szCs w:val="24"/>
                <w:lang w:val="en-GB"/>
              </w:rPr>
            </w:pPr>
            <w:r>
              <w:rPr>
                <w:rFonts w:ascii="Gill Sans MT" w:hAnsi="Gill Sans MT"/>
                <w:b/>
                <w:sz w:val="24"/>
                <w:szCs w:val="24"/>
                <w:lang w:val="en-GB"/>
              </w:rPr>
              <w:t>Email</w:t>
            </w:r>
          </w:p>
        </w:tc>
        <w:tc>
          <w:tcPr>
            <w:tcW w:w="2261" w:type="dxa"/>
          </w:tcPr>
          <w:p w14:paraId="48A2D016" w14:textId="27CD198C" w:rsidR="001644B3" w:rsidRPr="00673DF4" w:rsidRDefault="00673DF4" w:rsidP="00673DF4">
            <w:pPr>
              <w:jc w:val="center"/>
              <w:rPr>
                <w:rFonts w:ascii="Gill Sans MT" w:hAnsi="Gill Sans MT"/>
                <w:b/>
                <w:sz w:val="24"/>
                <w:szCs w:val="24"/>
                <w:lang w:val="en-GB"/>
              </w:rPr>
            </w:pPr>
            <w:r>
              <w:rPr>
                <w:rFonts w:ascii="Gill Sans MT" w:hAnsi="Gill Sans MT"/>
                <w:b/>
                <w:sz w:val="24"/>
                <w:szCs w:val="24"/>
                <w:lang w:val="en-GB"/>
              </w:rPr>
              <w:t>Phone Number</w:t>
            </w:r>
          </w:p>
        </w:tc>
      </w:tr>
      <w:tr w:rsidR="001644B3" w14:paraId="2EE92695" w14:textId="77777777" w:rsidTr="00673DF4">
        <w:tc>
          <w:tcPr>
            <w:tcW w:w="4644" w:type="dxa"/>
          </w:tcPr>
          <w:p w14:paraId="3E9D58B1" w14:textId="340CB447" w:rsidR="001644B3" w:rsidRDefault="00673DF4" w:rsidP="00673DF4">
            <w:pPr>
              <w:rPr>
                <w:rFonts w:ascii="Gill Sans MT" w:hAnsi="Gill Sans MT"/>
                <w:bCs/>
                <w:sz w:val="24"/>
                <w:szCs w:val="24"/>
                <w:lang w:val="en-GB"/>
              </w:rPr>
            </w:pPr>
            <w:r>
              <w:rPr>
                <w:rFonts w:ascii="Gill Sans MT" w:hAnsi="Gill Sans MT"/>
                <w:bCs/>
                <w:sz w:val="24"/>
                <w:szCs w:val="24"/>
                <w:lang w:val="en-GB"/>
              </w:rPr>
              <w:t>Incumbent: The Revd Michael Darkins</w:t>
            </w:r>
          </w:p>
        </w:tc>
        <w:tc>
          <w:tcPr>
            <w:tcW w:w="4111" w:type="dxa"/>
          </w:tcPr>
          <w:p w14:paraId="35605CA3" w14:textId="375ECCB0" w:rsidR="001644B3" w:rsidRDefault="00673DF4" w:rsidP="00673DF4">
            <w:pPr>
              <w:jc w:val="center"/>
              <w:rPr>
                <w:rFonts w:ascii="Gill Sans MT" w:hAnsi="Gill Sans MT"/>
                <w:bCs/>
                <w:sz w:val="24"/>
                <w:szCs w:val="24"/>
                <w:lang w:val="en-GB"/>
              </w:rPr>
            </w:pPr>
            <w:r>
              <w:rPr>
                <w:rFonts w:ascii="Gill Sans MT" w:hAnsi="Gill Sans MT"/>
                <w:bCs/>
                <w:sz w:val="24"/>
                <w:szCs w:val="24"/>
                <w:lang w:val="en-GB"/>
              </w:rPr>
              <w:t>vicar@slhythe.com</w:t>
            </w:r>
          </w:p>
        </w:tc>
        <w:tc>
          <w:tcPr>
            <w:tcW w:w="2261" w:type="dxa"/>
          </w:tcPr>
          <w:p w14:paraId="4CCEA6FD" w14:textId="6F560471" w:rsidR="001644B3" w:rsidRDefault="005773CF" w:rsidP="00673DF4">
            <w:pPr>
              <w:jc w:val="center"/>
              <w:rPr>
                <w:rFonts w:ascii="Gill Sans MT" w:hAnsi="Gill Sans MT"/>
                <w:bCs/>
                <w:sz w:val="24"/>
                <w:szCs w:val="24"/>
                <w:lang w:val="en-GB"/>
              </w:rPr>
            </w:pPr>
            <w:r>
              <w:rPr>
                <w:rFonts w:ascii="Gill Sans MT" w:hAnsi="Gill Sans MT"/>
                <w:bCs/>
                <w:sz w:val="24"/>
                <w:szCs w:val="24"/>
                <w:lang w:val="en-GB"/>
              </w:rPr>
              <w:t>01303 266217</w:t>
            </w:r>
          </w:p>
        </w:tc>
      </w:tr>
      <w:tr w:rsidR="001644B3" w14:paraId="7D69ED2D" w14:textId="77777777" w:rsidTr="00673DF4">
        <w:tc>
          <w:tcPr>
            <w:tcW w:w="4644" w:type="dxa"/>
          </w:tcPr>
          <w:p w14:paraId="4179E078" w14:textId="2C8346F1" w:rsidR="001644B3" w:rsidRDefault="00673DF4" w:rsidP="00673DF4">
            <w:pPr>
              <w:rPr>
                <w:rFonts w:ascii="Gill Sans MT" w:hAnsi="Gill Sans MT"/>
                <w:bCs/>
                <w:sz w:val="24"/>
                <w:szCs w:val="24"/>
                <w:lang w:val="en-GB"/>
              </w:rPr>
            </w:pPr>
            <w:r>
              <w:rPr>
                <w:rFonts w:ascii="Gill Sans MT" w:hAnsi="Gill Sans MT"/>
                <w:bCs/>
                <w:sz w:val="24"/>
                <w:szCs w:val="24"/>
                <w:lang w:val="en-GB"/>
              </w:rPr>
              <w:t>Churchwarden: John Wren</w:t>
            </w:r>
          </w:p>
        </w:tc>
        <w:tc>
          <w:tcPr>
            <w:tcW w:w="4111" w:type="dxa"/>
          </w:tcPr>
          <w:p w14:paraId="7BA53A3A" w14:textId="601D4D9B" w:rsidR="001644B3" w:rsidRDefault="00526EA1" w:rsidP="00673DF4">
            <w:pPr>
              <w:jc w:val="center"/>
              <w:rPr>
                <w:rFonts w:ascii="Gill Sans MT" w:hAnsi="Gill Sans MT"/>
                <w:bCs/>
                <w:sz w:val="24"/>
                <w:szCs w:val="24"/>
                <w:lang w:val="en-GB"/>
              </w:rPr>
            </w:pPr>
            <w:r w:rsidRPr="00526EA1">
              <w:rPr>
                <w:rFonts w:ascii="Gill Sans MT" w:hAnsi="Gill Sans MT"/>
                <w:bCs/>
                <w:sz w:val="24"/>
                <w:szCs w:val="24"/>
                <w:lang w:val="en-GB"/>
              </w:rPr>
              <w:t>john261142@outlook.com</w:t>
            </w:r>
          </w:p>
        </w:tc>
        <w:tc>
          <w:tcPr>
            <w:tcW w:w="2261" w:type="dxa"/>
          </w:tcPr>
          <w:p w14:paraId="0CB7ACB9" w14:textId="5877A23A" w:rsidR="001644B3" w:rsidRDefault="00107142" w:rsidP="00673DF4">
            <w:pPr>
              <w:jc w:val="center"/>
              <w:rPr>
                <w:rFonts w:ascii="Gill Sans MT" w:hAnsi="Gill Sans MT"/>
                <w:bCs/>
                <w:sz w:val="24"/>
                <w:szCs w:val="24"/>
                <w:lang w:val="en-GB"/>
              </w:rPr>
            </w:pPr>
            <w:r>
              <w:rPr>
                <w:rFonts w:ascii="Gill Sans MT" w:hAnsi="Gill Sans MT"/>
                <w:bCs/>
                <w:sz w:val="24"/>
                <w:szCs w:val="24"/>
                <w:lang w:val="en-GB"/>
              </w:rPr>
              <w:t>07787 517189</w:t>
            </w:r>
          </w:p>
        </w:tc>
      </w:tr>
      <w:tr w:rsidR="001644B3" w14:paraId="6008FC7D" w14:textId="77777777" w:rsidTr="00673DF4">
        <w:tc>
          <w:tcPr>
            <w:tcW w:w="4644" w:type="dxa"/>
          </w:tcPr>
          <w:p w14:paraId="63BCCB7C" w14:textId="14F22C35" w:rsidR="001644B3" w:rsidRDefault="00673DF4" w:rsidP="00673DF4">
            <w:pPr>
              <w:rPr>
                <w:rFonts w:ascii="Gill Sans MT" w:hAnsi="Gill Sans MT"/>
                <w:bCs/>
                <w:sz w:val="24"/>
                <w:szCs w:val="24"/>
                <w:lang w:val="en-GB"/>
              </w:rPr>
            </w:pPr>
            <w:r>
              <w:rPr>
                <w:rFonts w:ascii="Gill Sans MT" w:hAnsi="Gill Sans MT"/>
                <w:bCs/>
                <w:sz w:val="24"/>
                <w:szCs w:val="24"/>
                <w:lang w:val="en-GB"/>
              </w:rPr>
              <w:t xml:space="preserve">Churchwarden: Helen </w:t>
            </w:r>
            <w:proofErr w:type="spellStart"/>
            <w:r>
              <w:rPr>
                <w:rFonts w:ascii="Gill Sans MT" w:hAnsi="Gill Sans MT"/>
                <w:bCs/>
                <w:sz w:val="24"/>
                <w:szCs w:val="24"/>
                <w:lang w:val="en-GB"/>
              </w:rPr>
              <w:t>Waymouth</w:t>
            </w:r>
            <w:proofErr w:type="spellEnd"/>
          </w:p>
        </w:tc>
        <w:tc>
          <w:tcPr>
            <w:tcW w:w="4111" w:type="dxa"/>
          </w:tcPr>
          <w:p w14:paraId="5CD742DD" w14:textId="57B363FA" w:rsidR="001644B3" w:rsidRDefault="00526EA1" w:rsidP="00526EA1">
            <w:pPr>
              <w:tabs>
                <w:tab w:val="left" w:pos="1390"/>
              </w:tabs>
              <w:jc w:val="center"/>
              <w:rPr>
                <w:rFonts w:ascii="Gill Sans MT" w:hAnsi="Gill Sans MT"/>
                <w:bCs/>
                <w:sz w:val="24"/>
                <w:szCs w:val="24"/>
                <w:lang w:val="en-GB"/>
              </w:rPr>
            </w:pPr>
            <w:r w:rsidRPr="00526EA1">
              <w:rPr>
                <w:rFonts w:ascii="Gill Sans MT" w:hAnsi="Gill Sans MT"/>
                <w:bCs/>
                <w:sz w:val="24"/>
                <w:szCs w:val="24"/>
                <w:lang w:val="en-GB"/>
              </w:rPr>
              <w:t>oliverwaymouth@gmail.com</w:t>
            </w:r>
          </w:p>
        </w:tc>
        <w:tc>
          <w:tcPr>
            <w:tcW w:w="2261" w:type="dxa"/>
          </w:tcPr>
          <w:p w14:paraId="492D0AED" w14:textId="27E68CE3" w:rsidR="001644B3" w:rsidRDefault="00207B61" w:rsidP="00673DF4">
            <w:pPr>
              <w:jc w:val="center"/>
              <w:rPr>
                <w:rFonts w:ascii="Gill Sans MT" w:hAnsi="Gill Sans MT"/>
                <w:bCs/>
                <w:sz w:val="24"/>
                <w:szCs w:val="24"/>
                <w:lang w:val="en-GB"/>
              </w:rPr>
            </w:pPr>
            <w:r>
              <w:rPr>
                <w:rFonts w:ascii="Gill Sans MT" w:hAnsi="Gill Sans MT"/>
                <w:bCs/>
                <w:sz w:val="24"/>
                <w:szCs w:val="24"/>
                <w:lang w:val="en-GB"/>
              </w:rPr>
              <w:t>07927 277615</w:t>
            </w:r>
          </w:p>
        </w:tc>
      </w:tr>
      <w:tr w:rsidR="001644B3" w14:paraId="6BC01EA9" w14:textId="77777777" w:rsidTr="00673DF4">
        <w:tc>
          <w:tcPr>
            <w:tcW w:w="4644" w:type="dxa"/>
          </w:tcPr>
          <w:p w14:paraId="53CB31CF" w14:textId="2F1D7B83" w:rsidR="001644B3" w:rsidRDefault="00673DF4" w:rsidP="00673DF4">
            <w:pPr>
              <w:rPr>
                <w:rFonts w:ascii="Gill Sans MT" w:hAnsi="Gill Sans MT"/>
                <w:bCs/>
                <w:sz w:val="24"/>
                <w:szCs w:val="24"/>
                <w:lang w:val="en-GB"/>
              </w:rPr>
            </w:pPr>
            <w:r>
              <w:rPr>
                <w:rFonts w:ascii="Gill Sans MT" w:hAnsi="Gill Sans MT"/>
                <w:bCs/>
                <w:sz w:val="24"/>
                <w:szCs w:val="24"/>
                <w:lang w:val="en-GB"/>
              </w:rPr>
              <w:t>PCC Secretary: Imogen Taylor</w:t>
            </w:r>
          </w:p>
        </w:tc>
        <w:tc>
          <w:tcPr>
            <w:tcW w:w="4111" w:type="dxa"/>
          </w:tcPr>
          <w:p w14:paraId="3542A958" w14:textId="2086237E" w:rsidR="001644B3" w:rsidRDefault="00673DF4" w:rsidP="00673DF4">
            <w:pPr>
              <w:jc w:val="center"/>
              <w:rPr>
                <w:rFonts w:ascii="Gill Sans MT" w:hAnsi="Gill Sans MT"/>
                <w:bCs/>
                <w:sz w:val="24"/>
                <w:szCs w:val="24"/>
                <w:lang w:val="en-GB"/>
              </w:rPr>
            </w:pPr>
            <w:r>
              <w:rPr>
                <w:rFonts w:ascii="Gill Sans MT" w:hAnsi="Gill Sans MT"/>
                <w:bCs/>
                <w:sz w:val="24"/>
                <w:szCs w:val="24"/>
                <w:lang w:val="en-GB"/>
              </w:rPr>
              <w:t>administrator@slhythe.com</w:t>
            </w:r>
          </w:p>
        </w:tc>
        <w:tc>
          <w:tcPr>
            <w:tcW w:w="2261" w:type="dxa"/>
          </w:tcPr>
          <w:p w14:paraId="596751F6" w14:textId="6D4EBF6B" w:rsidR="001644B3" w:rsidRDefault="00107142" w:rsidP="00673DF4">
            <w:pPr>
              <w:jc w:val="center"/>
              <w:rPr>
                <w:rFonts w:ascii="Gill Sans MT" w:hAnsi="Gill Sans MT"/>
                <w:bCs/>
                <w:sz w:val="24"/>
                <w:szCs w:val="24"/>
                <w:lang w:val="en-GB"/>
              </w:rPr>
            </w:pPr>
            <w:r>
              <w:rPr>
                <w:rFonts w:ascii="Gill Sans MT" w:hAnsi="Gill Sans MT"/>
                <w:bCs/>
                <w:sz w:val="24"/>
                <w:szCs w:val="24"/>
                <w:lang w:val="en-GB"/>
              </w:rPr>
              <w:t>07410 935372</w:t>
            </w:r>
          </w:p>
        </w:tc>
      </w:tr>
      <w:tr w:rsidR="001644B3" w14:paraId="06AEE1F8" w14:textId="77777777" w:rsidTr="00673DF4">
        <w:tc>
          <w:tcPr>
            <w:tcW w:w="4644" w:type="dxa"/>
          </w:tcPr>
          <w:p w14:paraId="20F6892C" w14:textId="0F9D0BBA" w:rsidR="001644B3" w:rsidRDefault="00673DF4" w:rsidP="00673DF4">
            <w:pPr>
              <w:rPr>
                <w:rFonts w:ascii="Gill Sans MT" w:hAnsi="Gill Sans MT"/>
                <w:bCs/>
                <w:sz w:val="24"/>
                <w:szCs w:val="24"/>
                <w:lang w:val="en-GB"/>
              </w:rPr>
            </w:pPr>
            <w:r>
              <w:rPr>
                <w:rFonts w:ascii="Gill Sans MT" w:hAnsi="Gill Sans MT"/>
                <w:bCs/>
                <w:sz w:val="24"/>
                <w:szCs w:val="24"/>
                <w:lang w:val="en-GB"/>
              </w:rPr>
              <w:t xml:space="preserve">Parish Safeguarding Officer: Carolyn </w:t>
            </w:r>
            <w:proofErr w:type="spellStart"/>
            <w:r>
              <w:rPr>
                <w:rFonts w:ascii="Gill Sans MT" w:hAnsi="Gill Sans MT"/>
                <w:bCs/>
                <w:sz w:val="24"/>
                <w:szCs w:val="24"/>
                <w:lang w:val="en-GB"/>
              </w:rPr>
              <w:t>Chivers</w:t>
            </w:r>
            <w:proofErr w:type="spellEnd"/>
          </w:p>
        </w:tc>
        <w:tc>
          <w:tcPr>
            <w:tcW w:w="4111" w:type="dxa"/>
          </w:tcPr>
          <w:p w14:paraId="2CF919C1" w14:textId="63C6DCFF" w:rsidR="001644B3" w:rsidRDefault="00673DF4" w:rsidP="00673DF4">
            <w:pPr>
              <w:jc w:val="center"/>
              <w:rPr>
                <w:rFonts w:ascii="Gill Sans MT" w:hAnsi="Gill Sans MT"/>
                <w:bCs/>
                <w:sz w:val="24"/>
                <w:szCs w:val="24"/>
                <w:lang w:val="en-GB"/>
              </w:rPr>
            </w:pPr>
            <w:r>
              <w:rPr>
                <w:rFonts w:ascii="Gill Sans MT" w:hAnsi="Gill Sans MT"/>
                <w:bCs/>
                <w:sz w:val="24"/>
                <w:szCs w:val="24"/>
                <w:lang w:val="en-GB"/>
              </w:rPr>
              <w:t>safeguarding@slhythe.com</w:t>
            </w:r>
          </w:p>
        </w:tc>
        <w:tc>
          <w:tcPr>
            <w:tcW w:w="2261" w:type="dxa"/>
          </w:tcPr>
          <w:p w14:paraId="6B5DC080" w14:textId="52B79AD5" w:rsidR="001644B3" w:rsidRDefault="00C80470" w:rsidP="00673DF4">
            <w:pPr>
              <w:jc w:val="center"/>
              <w:rPr>
                <w:rFonts w:ascii="Gill Sans MT" w:hAnsi="Gill Sans MT"/>
                <w:bCs/>
                <w:sz w:val="24"/>
                <w:szCs w:val="24"/>
                <w:lang w:val="en-GB"/>
              </w:rPr>
            </w:pPr>
            <w:r>
              <w:rPr>
                <w:rFonts w:ascii="Gill Sans MT" w:hAnsi="Gill Sans MT"/>
                <w:bCs/>
                <w:sz w:val="24"/>
                <w:szCs w:val="24"/>
                <w:lang w:val="en-GB"/>
              </w:rPr>
              <w:t>07971</w:t>
            </w:r>
            <w:r w:rsidR="00207B61">
              <w:rPr>
                <w:rFonts w:ascii="Gill Sans MT" w:hAnsi="Gill Sans MT"/>
                <w:bCs/>
                <w:sz w:val="24"/>
                <w:szCs w:val="24"/>
                <w:lang w:val="en-GB"/>
              </w:rPr>
              <w:t xml:space="preserve"> </w:t>
            </w:r>
            <w:r>
              <w:rPr>
                <w:rFonts w:ascii="Gill Sans MT" w:hAnsi="Gill Sans MT"/>
                <w:bCs/>
                <w:sz w:val="24"/>
                <w:szCs w:val="24"/>
                <w:lang w:val="en-GB"/>
              </w:rPr>
              <w:t>086093</w:t>
            </w:r>
          </w:p>
        </w:tc>
      </w:tr>
    </w:tbl>
    <w:p w14:paraId="7D980465" w14:textId="77777777" w:rsidR="00107142" w:rsidRDefault="00107142" w:rsidP="000908E2">
      <w:pPr>
        <w:rPr>
          <w:rFonts w:ascii="Gill Sans MT" w:hAnsi="Gill Sans MT"/>
          <w:bCs/>
          <w:sz w:val="24"/>
          <w:szCs w:val="24"/>
          <w:lang w:val="en-GB"/>
        </w:rPr>
      </w:pPr>
    </w:p>
    <w:p w14:paraId="33AB2926" w14:textId="3060688F" w:rsidR="000908E2" w:rsidRPr="0000276D" w:rsidRDefault="000908E2" w:rsidP="000908E2">
      <w:pPr>
        <w:rPr>
          <w:rFonts w:ascii="Gill Sans MT" w:hAnsi="Gill Sans MT"/>
          <w:bCs/>
          <w:sz w:val="24"/>
          <w:szCs w:val="24"/>
          <w:lang w:val="en-GB"/>
        </w:rPr>
      </w:pPr>
      <w:r w:rsidRPr="0000276D">
        <w:rPr>
          <w:rFonts w:ascii="Gill Sans MT" w:hAnsi="Gill Sans MT"/>
          <w:bCs/>
          <w:sz w:val="24"/>
          <w:szCs w:val="24"/>
          <w:lang w:val="en-GB"/>
        </w:rPr>
        <w:t xml:space="preserve">If the concern relates to one of these individuals, the person raising the concern should </w:t>
      </w:r>
      <w:r w:rsidR="00AD111E">
        <w:rPr>
          <w:rFonts w:ascii="Gill Sans MT" w:hAnsi="Gill Sans MT"/>
          <w:bCs/>
          <w:sz w:val="24"/>
          <w:szCs w:val="24"/>
          <w:lang w:val="en-GB"/>
        </w:rPr>
        <w:t>speak with another person listed</w:t>
      </w:r>
      <w:r w:rsidRPr="0000276D">
        <w:rPr>
          <w:rFonts w:ascii="Gill Sans MT" w:hAnsi="Gill Sans MT"/>
          <w:bCs/>
          <w:sz w:val="24"/>
          <w:szCs w:val="24"/>
          <w:lang w:val="en-GB"/>
        </w:rPr>
        <w:t>.</w:t>
      </w:r>
      <w:r w:rsidR="00520F01">
        <w:rPr>
          <w:rFonts w:ascii="Gill Sans MT" w:hAnsi="Gill Sans MT"/>
          <w:bCs/>
          <w:sz w:val="24"/>
          <w:szCs w:val="24"/>
          <w:lang w:val="en-GB"/>
        </w:rPr>
        <w:t xml:space="preserve"> </w:t>
      </w:r>
      <w:r w:rsidRPr="0000276D">
        <w:rPr>
          <w:rFonts w:ascii="Gill Sans MT" w:hAnsi="Gill Sans MT"/>
          <w:bCs/>
          <w:sz w:val="24"/>
          <w:szCs w:val="24"/>
          <w:lang w:val="en-GB"/>
        </w:rPr>
        <w:t>No one should feel obliged to raise a concern with the person whose behaviour is causing the concern.</w:t>
      </w:r>
    </w:p>
    <w:p w14:paraId="36014910"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11. Informal resolution</w:t>
      </w:r>
    </w:p>
    <w:p w14:paraId="6A5CCACB" w14:textId="77777777" w:rsidR="000908E2" w:rsidRPr="00E8423F" w:rsidRDefault="000908E2" w:rsidP="000908E2">
      <w:pPr>
        <w:rPr>
          <w:rFonts w:ascii="Gill Sans MT" w:hAnsi="Gill Sans MT"/>
          <w:bCs/>
          <w:sz w:val="24"/>
          <w:szCs w:val="24"/>
          <w:lang w:val="en-GB"/>
        </w:rPr>
      </w:pPr>
      <w:r w:rsidRPr="00E8423F">
        <w:rPr>
          <w:rFonts w:ascii="Gill Sans MT" w:hAnsi="Gill Sans MT"/>
          <w:bCs/>
          <w:sz w:val="24"/>
          <w:szCs w:val="24"/>
          <w:lang w:val="en-GB"/>
        </w:rPr>
        <w:t>Where appropriate, proportionate and safe, an informal approach may be considered.</w:t>
      </w:r>
    </w:p>
    <w:p w14:paraId="04DCC1BD" w14:textId="77777777" w:rsidR="000908E2" w:rsidRPr="00E8423F" w:rsidRDefault="000908E2" w:rsidP="00E8423F">
      <w:pPr>
        <w:spacing w:after="0"/>
        <w:rPr>
          <w:rFonts w:ascii="Gill Sans MT" w:hAnsi="Gill Sans MT"/>
          <w:bCs/>
          <w:sz w:val="24"/>
          <w:szCs w:val="24"/>
          <w:lang w:val="en-GB"/>
        </w:rPr>
      </w:pPr>
      <w:r w:rsidRPr="00E8423F">
        <w:rPr>
          <w:rFonts w:ascii="Gill Sans MT" w:hAnsi="Gill Sans MT"/>
          <w:bCs/>
          <w:sz w:val="24"/>
          <w:szCs w:val="24"/>
          <w:lang w:val="en-GB"/>
        </w:rPr>
        <w:t>This might involve:</w:t>
      </w:r>
    </w:p>
    <w:p w14:paraId="24012A08" w14:textId="77777777" w:rsidR="000908E2" w:rsidRPr="00E8423F" w:rsidRDefault="000908E2" w:rsidP="00E8423F">
      <w:pPr>
        <w:numPr>
          <w:ilvl w:val="0"/>
          <w:numId w:val="21"/>
        </w:numPr>
        <w:spacing w:after="0"/>
        <w:rPr>
          <w:rFonts w:ascii="Gill Sans MT" w:hAnsi="Gill Sans MT"/>
          <w:bCs/>
          <w:sz w:val="24"/>
          <w:szCs w:val="24"/>
          <w:lang w:val="en-GB"/>
        </w:rPr>
      </w:pPr>
      <w:r w:rsidRPr="00E8423F">
        <w:rPr>
          <w:rFonts w:ascii="Gill Sans MT" w:hAnsi="Gill Sans MT"/>
          <w:bCs/>
          <w:sz w:val="24"/>
          <w:szCs w:val="24"/>
          <w:lang w:val="en-GB"/>
        </w:rPr>
        <w:t>speaking directly to the person concerned;</w:t>
      </w:r>
    </w:p>
    <w:p w14:paraId="5BB63B7D" w14:textId="77777777" w:rsidR="000908E2" w:rsidRPr="00E8423F" w:rsidRDefault="000908E2" w:rsidP="00E8423F">
      <w:pPr>
        <w:numPr>
          <w:ilvl w:val="0"/>
          <w:numId w:val="21"/>
        </w:numPr>
        <w:spacing w:after="0"/>
        <w:rPr>
          <w:rFonts w:ascii="Gill Sans MT" w:hAnsi="Gill Sans MT"/>
          <w:bCs/>
          <w:sz w:val="24"/>
          <w:szCs w:val="24"/>
          <w:lang w:val="en-GB"/>
        </w:rPr>
      </w:pPr>
      <w:r w:rsidRPr="00E8423F">
        <w:rPr>
          <w:rFonts w:ascii="Gill Sans MT" w:hAnsi="Gill Sans MT"/>
          <w:bCs/>
          <w:sz w:val="24"/>
          <w:szCs w:val="24"/>
          <w:lang w:val="en-GB"/>
        </w:rPr>
        <w:t>asking an appropriate third party to facilitate a conversation;</w:t>
      </w:r>
    </w:p>
    <w:p w14:paraId="7915084B" w14:textId="77777777" w:rsidR="000908E2" w:rsidRPr="00E8423F" w:rsidRDefault="000908E2" w:rsidP="00E8423F">
      <w:pPr>
        <w:numPr>
          <w:ilvl w:val="0"/>
          <w:numId w:val="21"/>
        </w:numPr>
        <w:spacing w:after="0"/>
        <w:rPr>
          <w:rFonts w:ascii="Gill Sans MT" w:hAnsi="Gill Sans MT"/>
          <w:bCs/>
          <w:sz w:val="24"/>
          <w:szCs w:val="24"/>
          <w:lang w:val="en-GB"/>
        </w:rPr>
      </w:pPr>
      <w:r w:rsidRPr="00E8423F">
        <w:rPr>
          <w:rFonts w:ascii="Gill Sans MT" w:hAnsi="Gill Sans MT"/>
          <w:bCs/>
          <w:sz w:val="24"/>
          <w:szCs w:val="24"/>
          <w:lang w:val="en-GB"/>
        </w:rPr>
        <w:t>agreeing boundaries for future behaviour;</w:t>
      </w:r>
    </w:p>
    <w:p w14:paraId="36EC15F0" w14:textId="77777777" w:rsidR="000908E2" w:rsidRPr="00E8423F" w:rsidRDefault="000908E2" w:rsidP="00E8423F">
      <w:pPr>
        <w:numPr>
          <w:ilvl w:val="0"/>
          <w:numId w:val="21"/>
        </w:numPr>
        <w:spacing w:after="0"/>
        <w:rPr>
          <w:rFonts w:ascii="Gill Sans MT" w:hAnsi="Gill Sans MT"/>
          <w:bCs/>
          <w:sz w:val="24"/>
          <w:szCs w:val="24"/>
          <w:lang w:val="en-GB"/>
        </w:rPr>
      </w:pPr>
      <w:r w:rsidRPr="00E8423F">
        <w:rPr>
          <w:rFonts w:ascii="Gill Sans MT" w:hAnsi="Gill Sans MT"/>
          <w:bCs/>
          <w:sz w:val="24"/>
          <w:szCs w:val="24"/>
          <w:lang w:val="en-GB"/>
        </w:rPr>
        <w:t>mediation or another form of facilitated discussion;</w:t>
      </w:r>
    </w:p>
    <w:p w14:paraId="1A127939" w14:textId="77777777" w:rsidR="000908E2" w:rsidRPr="00E8423F" w:rsidRDefault="000908E2" w:rsidP="000908E2">
      <w:pPr>
        <w:numPr>
          <w:ilvl w:val="0"/>
          <w:numId w:val="21"/>
        </w:numPr>
        <w:rPr>
          <w:rFonts w:ascii="Gill Sans MT" w:hAnsi="Gill Sans MT"/>
          <w:bCs/>
          <w:sz w:val="24"/>
          <w:szCs w:val="24"/>
          <w:lang w:val="en-GB"/>
        </w:rPr>
      </w:pPr>
      <w:r w:rsidRPr="00E8423F">
        <w:rPr>
          <w:rFonts w:ascii="Gill Sans MT" w:hAnsi="Gill Sans MT"/>
          <w:bCs/>
          <w:sz w:val="24"/>
          <w:szCs w:val="24"/>
          <w:lang w:val="en-GB"/>
        </w:rPr>
        <w:t>providing advice or support to those involved.</w:t>
      </w:r>
    </w:p>
    <w:p w14:paraId="51C13BCC" w14:textId="77777777" w:rsidR="000908E2" w:rsidRPr="00E8423F" w:rsidRDefault="000908E2" w:rsidP="00E8423F">
      <w:pPr>
        <w:spacing w:after="0"/>
        <w:rPr>
          <w:rFonts w:ascii="Gill Sans MT" w:hAnsi="Gill Sans MT"/>
          <w:bCs/>
          <w:sz w:val="24"/>
          <w:szCs w:val="24"/>
          <w:lang w:val="en-GB"/>
        </w:rPr>
      </w:pPr>
      <w:r w:rsidRPr="00E8423F">
        <w:rPr>
          <w:rFonts w:ascii="Gill Sans MT" w:hAnsi="Gill Sans MT"/>
          <w:bCs/>
          <w:sz w:val="24"/>
          <w:szCs w:val="24"/>
          <w:lang w:val="en-GB"/>
        </w:rPr>
        <w:t>Informal resolution will not normally be appropriate where:</w:t>
      </w:r>
    </w:p>
    <w:p w14:paraId="7D1FF4DF"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there is a serious allegation;</w:t>
      </w:r>
    </w:p>
    <w:p w14:paraId="4E020134"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there is a significant imbalance of power;</w:t>
      </w:r>
    </w:p>
    <w:p w14:paraId="3DF4FAD6"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the behaviour is threatening or intimidating;</w:t>
      </w:r>
    </w:p>
    <w:p w14:paraId="7A47C080"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there is an allegation of sexual harassment or abuse;</w:t>
      </w:r>
    </w:p>
    <w:p w14:paraId="2DB0E9C2"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there is a safeguarding concern;</w:t>
      </w:r>
    </w:p>
    <w:p w14:paraId="770489AB"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a criminal offence may have occurred;</w:t>
      </w:r>
    </w:p>
    <w:p w14:paraId="04226F4B" w14:textId="77777777" w:rsidR="000908E2" w:rsidRPr="00E8423F" w:rsidRDefault="000908E2" w:rsidP="00E8423F">
      <w:pPr>
        <w:numPr>
          <w:ilvl w:val="0"/>
          <w:numId w:val="22"/>
        </w:numPr>
        <w:spacing w:after="0"/>
        <w:rPr>
          <w:rFonts w:ascii="Gill Sans MT" w:hAnsi="Gill Sans MT"/>
          <w:bCs/>
          <w:sz w:val="24"/>
          <w:szCs w:val="24"/>
          <w:lang w:val="en-GB"/>
        </w:rPr>
      </w:pPr>
      <w:r w:rsidRPr="00E8423F">
        <w:rPr>
          <w:rFonts w:ascii="Gill Sans MT" w:hAnsi="Gill Sans MT"/>
          <w:bCs/>
          <w:sz w:val="24"/>
          <w:szCs w:val="24"/>
          <w:lang w:val="en-GB"/>
        </w:rPr>
        <w:t>informal action has already been attempted without success;</w:t>
      </w:r>
    </w:p>
    <w:p w14:paraId="381441A0" w14:textId="77777777" w:rsidR="000908E2" w:rsidRPr="00E8423F" w:rsidRDefault="000908E2" w:rsidP="000908E2">
      <w:pPr>
        <w:numPr>
          <w:ilvl w:val="0"/>
          <w:numId w:val="22"/>
        </w:numPr>
        <w:rPr>
          <w:rFonts w:ascii="Gill Sans MT" w:hAnsi="Gill Sans MT"/>
          <w:bCs/>
          <w:sz w:val="24"/>
          <w:szCs w:val="24"/>
          <w:lang w:val="en-GB"/>
        </w:rPr>
      </w:pPr>
      <w:r w:rsidRPr="00E8423F">
        <w:rPr>
          <w:rFonts w:ascii="Gill Sans MT" w:hAnsi="Gill Sans MT"/>
          <w:bCs/>
          <w:sz w:val="24"/>
          <w:szCs w:val="24"/>
          <w:lang w:val="en-GB"/>
        </w:rPr>
        <w:t>the person raising the concern does not feel safe or able to participate.</w:t>
      </w:r>
    </w:p>
    <w:p w14:paraId="7C26657F" w14:textId="77777777" w:rsidR="000908E2" w:rsidRPr="00E8423F" w:rsidRDefault="000908E2" w:rsidP="000908E2">
      <w:pPr>
        <w:rPr>
          <w:rFonts w:ascii="Gill Sans MT" w:hAnsi="Gill Sans MT"/>
          <w:bCs/>
          <w:sz w:val="24"/>
          <w:szCs w:val="24"/>
          <w:lang w:val="en-GB"/>
        </w:rPr>
      </w:pPr>
      <w:r w:rsidRPr="00E8423F">
        <w:rPr>
          <w:rFonts w:ascii="Gill Sans MT" w:hAnsi="Gill Sans MT"/>
          <w:bCs/>
          <w:sz w:val="24"/>
          <w:szCs w:val="24"/>
          <w:lang w:val="en-GB"/>
        </w:rPr>
        <w:t>No person will be pressured into mediation or direct confrontation.</w:t>
      </w:r>
    </w:p>
    <w:p w14:paraId="649D509C" w14:textId="77777777"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12. Formal concerns</w:t>
      </w:r>
    </w:p>
    <w:p w14:paraId="4F3B1C8F" w14:textId="1D007CE1" w:rsidR="00C05788" w:rsidRDefault="000908E2" w:rsidP="00C05788">
      <w:pPr>
        <w:rPr>
          <w:rFonts w:ascii="Gill Sans MT" w:hAnsi="Gill Sans MT"/>
          <w:bCs/>
          <w:sz w:val="24"/>
          <w:szCs w:val="24"/>
          <w:lang w:val="en-GB"/>
        </w:rPr>
      </w:pPr>
      <w:r w:rsidRPr="00E8423F">
        <w:rPr>
          <w:rFonts w:ascii="Gill Sans MT" w:hAnsi="Gill Sans MT"/>
          <w:bCs/>
          <w:sz w:val="24"/>
          <w:szCs w:val="24"/>
          <w:lang w:val="en-GB"/>
        </w:rPr>
        <w:t xml:space="preserve">A person wishing to make a formal complaint </w:t>
      </w:r>
      <w:r w:rsidR="006F3D40">
        <w:rPr>
          <w:rFonts w:ascii="Gill Sans MT" w:hAnsi="Gill Sans MT"/>
          <w:bCs/>
          <w:sz w:val="24"/>
          <w:szCs w:val="24"/>
          <w:lang w:val="en-GB"/>
        </w:rPr>
        <w:t xml:space="preserve">about </w:t>
      </w:r>
      <w:r w:rsidR="00C22CB9" w:rsidRPr="00C22CB9">
        <w:rPr>
          <w:rFonts w:ascii="Gill Sans MT" w:hAnsi="Gill Sans MT"/>
          <w:bCs/>
          <w:sz w:val="24"/>
          <w:szCs w:val="24"/>
          <w:lang w:val="en-GB"/>
        </w:rPr>
        <w:t>matters for which the PCC is responsible that have affected them</w:t>
      </w:r>
      <w:r w:rsidR="00C22CB9">
        <w:rPr>
          <w:rFonts w:ascii="Gill Sans MT" w:hAnsi="Gill Sans MT"/>
          <w:bCs/>
          <w:sz w:val="24"/>
          <w:szCs w:val="24"/>
          <w:lang w:val="en-GB"/>
        </w:rPr>
        <w:t xml:space="preserve"> should </w:t>
      </w:r>
      <w:r w:rsidR="001E20BC">
        <w:rPr>
          <w:rFonts w:ascii="Gill Sans MT" w:hAnsi="Gill Sans MT"/>
          <w:bCs/>
          <w:sz w:val="24"/>
          <w:szCs w:val="24"/>
          <w:lang w:val="en-GB"/>
        </w:rPr>
        <w:t xml:space="preserve">make a formal complaint following the guidance outlined in the </w:t>
      </w:r>
      <w:hyperlink r:id="rId12" w:history="1">
        <w:r w:rsidR="001E20BC" w:rsidRPr="00A65AAC">
          <w:rPr>
            <w:rStyle w:val="Hyperlink"/>
            <w:rFonts w:ascii="Gill Sans MT" w:hAnsi="Gill Sans MT"/>
            <w:bCs/>
            <w:sz w:val="24"/>
            <w:szCs w:val="24"/>
            <w:lang w:val="en-GB"/>
          </w:rPr>
          <w:t>Complaints Policy</w:t>
        </w:r>
      </w:hyperlink>
      <w:r w:rsidR="001E20BC">
        <w:rPr>
          <w:rFonts w:ascii="Gill Sans MT" w:hAnsi="Gill Sans MT"/>
          <w:bCs/>
          <w:sz w:val="24"/>
          <w:szCs w:val="24"/>
          <w:lang w:val="en-GB"/>
        </w:rPr>
        <w:t xml:space="preserve">. </w:t>
      </w:r>
    </w:p>
    <w:p w14:paraId="022A5947" w14:textId="6E81C623" w:rsidR="000908E2" w:rsidRDefault="001E20BC" w:rsidP="005704BA">
      <w:pPr>
        <w:rPr>
          <w:rFonts w:ascii="Gill Sans MT" w:hAnsi="Gill Sans MT"/>
          <w:bCs/>
          <w:sz w:val="24"/>
          <w:szCs w:val="24"/>
          <w:lang w:val="en-GB"/>
        </w:rPr>
      </w:pPr>
      <w:r>
        <w:rPr>
          <w:rFonts w:ascii="Gill Sans MT" w:hAnsi="Gill Sans MT"/>
          <w:bCs/>
          <w:sz w:val="24"/>
          <w:szCs w:val="24"/>
          <w:lang w:val="en-GB"/>
        </w:rPr>
        <w:t>Or, i</w:t>
      </w:r>
      <w:r w:rsidR="00AA2489">
        <w:rPr>
          <w:rFonts w:ascii="Gill Sans MT" w:hAnsi="Gill Sans MT"/>
          <w:bCs/>
          <w:sz w:val="24"/>
          <w:szCs w:val="24"/>
          <w:lang w:val="en-GB"/>
        </w:rPr>
        <w:t>f</w:t>
      </w:r>
      <w:r>
        <w:rPr>
          <w:rFonts w:ascii="Gill Sans MT" w:hAnsi="Gill Sans MT"/>
          <w:bCs/>
          <w:sz w:val="24"/>
          <w:szCs w:val="24"/>
          <w:lang w:val="en-GB"/>
        </w:rPr>
        <w:t xml:space="preserve"> the</w:t>
      </w:r>
      <w:r w:rsidR="00AA2489">
        <w:rPr>
          <w:rFonts w:ascii="Gill Sans MT" w:hAnsi="Gill Sans MT"/>
          <w:bCs/>
          <w:sz w:val="24"/>
          <w:szCs w:val="24"/>
          <w:lang w:val="en-GB"/>
        </w:rPr>
        <w:t>y</w:t>
      </w:r>
      <w:r>
        <w:rPr>
          <w:rFonts w:ascii="Gill Sans MT" w:hAnsi="Gill Sans MT"/>
          <w:bCs/>
          <w:sz w:val="24"/>
          <w:szCs w:val="24"/>
          <w:lang w:val="en-GB"/>
        </w:rPr>
        <w:t xml:space="preserve"> are a</w:t>
      </w:r>
      <w:r w:rsidR="00AA2489">
        <w:rPr>
          <w:rFonts w:ascii="Gill Sans MT" w:hAnsi="Gill Sans MT"/>
          <w:bCs/>
          <w:sz w:val="24"/>
          <w:szCs w:val="24"/>
          <w:lang w:val="en-GB"/>
        </w:rPr>
        <w:t xml:space="preserve">n </w:t>
      </w:r>
      <w:r w:rsidR="00AA2489" w:rsidRPr="00AA2489">
        <w:rPr>
          <w:rFonts w:ascii="Gill Sans MT" w:hAnsi="Gill Sans MT"/>
          <w:bCs/>
          <w:sz w:val="24"/>
          <w:szCs w:val="24"/>
        </w:rPr>
        <w:t>employee of the PCC unhappy about matters for which the PCC is responsible that have affected them</w:t>
      </w:r>
      <w:r w:rsidR="00AA2489">
        <w:rPr>
          <w:rFonts w:ascii="Gill Sans MT" w:hAnsi="Gill Sans MT"/>
          <w:bCs/>
          <w:sz w:val="24"/>
          <w:szCs w:val="24"/>
        </w:rPr>
        <w:t xml:space="preserve">, they </w:t>
      </w:r>
      <w:r w:rsidR="00C05788">
        <w:rPr>
          <w:rFonts w:ascii="Gill Sans MT" w:hAnsi="Gill Sans MT"/>
          <w:bCs/>
          <w:sz w:val="24"/>
          <w:szCs w:val="24"/>
          <w:lang w:val="en-GB"/>
        </w:rPr>
        <w:t xml:space="preserve">should make a formal complaint following the guidance outlined in the </w:t>
      </w:r>
      <w:hyperlink r:id="rId13" w:history="1">
        <w:r w:rsidR="00C05788" w:rsidRPr="00A40C55">
          <w:rPr>
            <w:rStyle w:val="Hyperlink"/>
            <w:rFonts w:ascii="Gill Sans MT" w:hAnsi="Gill Sans MT"/>
            <w:bCs/>
            <w:sz w:val="24"/>
            <w:szCs w:val="24"/>
            <w:lang w:val="en-GB"/>
          </w:rPr>
          <w:t>Grievance Policy</w:t>
        </w:r>
      </w:hyperlink>
      <w:r w:rsidR="00C05788">
        <w:rPr>
          <w:rFonts w:ascii="Gill Sans MT" w:hAnsi="Gill Sans MT"/>
          <w:bCs/>
          <w:sz w:val="24"/>
          <w:szCs w:val="24"/>
          <w:lang w:val="en-GB"/>
        </w:rPr>
        <w:t>.</w:t>
      </w:r>
    </w:p>
    <w:p w14:paraId="17FFC60B" w14:textId="10F486A3" w:rsidR="00A40C55" w:rsidRDefault="00A40C55" w:rsidP="005704BA">
      <w:pPr>
        <w:rPr>
          <w:rFonts w:ascii="Gill Sans MT" w:hAnsi="Gill Sans MT"/>
          <w:bCs/>
          <w:sz w:val="24"/>
          <w:szCs w:val="24"/>
          <w:lang w:val="en-GB"/>
        </w:rPr>
      </w:pPr>
      <w:r>
        <w:rPr>
          <w:rFonts w:ascii="Gill Sans MT" w:hAnsi="Gill Sans MT"/>
          <w:bCs/>
          <w:sz w:val="24"/>
          <w:szCs w:val="24"/>
          <w:lang w:val="en-GB"/>
        </w:rPr>
        <w:t xml:space="preserve">Both the Complaints and Grievance policies may be found at </w:t>
      </w:r>
      <w:hyperlink r:id="rId14" w:history="1">
        <w:r w:rsidRPr="00A40C55">
          <w:rPr>
            <w:rStyle w:val="Hyperlink"/>
            <w:rFonts w:ascii="Gill Sans MT" w:hAnsi="Gill Sans MT"/>
            <w:bCs/>
            <w:sz w:val="24"/>
            <w:szCs w:val="24"/>
            <w:lang w:val="en-GB"/>
          </w:rPr>
          <w:t>https://www.slhk.org/about-us/policies/</w:t>
        </w:r>
      </w:hyperlink>
    </w:p>
    <w:p w14:paraId="261FB7ED" w14:textId="7DC71A14" w:rsidR="005704BA" w:rsidRDefault="005704BA" w:rsidP="005704BA">
      <w:pPr>
        <w:rPr>
          <w:rFonts w:ascii="Gill Sans MT" w:hAnsi="Gill Sans MT"/>
          <w:bCs/>
          <w:sz w:val="24"/>
          <w:szCs w:val="24"/>
          <w:lang w:val="en-GB"/>
        </w:rPr>
      </w:pPr>
      <w:r>
        <w:rPr>
          <w:rFonts w:ascii="Gill Sans MT" w:hAnsi="Gill Sans MT"/>
          <w:bCs/>
          <w:sz w:val="24"/>
          <w:szCs w:val="24"/>
          <w:lang w:val="en-GB"/>
        </w:rPr>
        <w:t>If you require a physical copy of these documents, please speak with the PCC Secretary.</w:t>
      </w:r>
    </w:p>
    <w:p w14:paraId="09D235D8" w14:textId="743FA67F" w:rsidR="000908E2" w:rsidRPr="004073C1" w:rsidRDefault="000908E2" w:rsidP="000908E2">
      <w:pPr>
        <w:rPr>
          <w:rFonts w:ascii="Gill Sans MT" w:hAnsi="Gill Sans MT"/>
          <w:b/>
          <w:sz w:val="24"/>
          <w:szCs w:val="24"/>
          <w:lang w:val="en-GB"/>
        </w:rPr>
      </w:pPr>
      <w:r w:rsidRPr="004073C1">
        <w:rPr>
          <w:rFonts w:ascii="Gill Sans MT" w:hAnsi="Gill Sans MT"/>
          <w:b/>
          <w:sz w:val="24"/>
          <w:szCs w:val="24"/>
          <w:lang w:val="en-GB"/>
        </w:rPr>
        <w:lastRenderedPageBreak/>
        <w:t>1</w:t>
      </w:r>
      <w:r w:rsidR="005704BA">
        <w:rPr>
          <w:rFonts w:ascii="Gill Sans MT" w:hAnsi="Gill Sans MT"/>
          <w:b/>
          <w:sz w:val="24"/>
          <w:szCs w:val="24"/>
          <w:lang w:val="en-GB"/>
        </w:rPr>
        <w:t>3</w:t>
      </w:r>
      <w:r w:rsidRPr="004073C1">
        <w:rPr>
          <w:rFonts w:ascii="Gill Sans MT" w:hAnsi="Gill Sans MT"/>
          <w:b/>
          <w:sz w:val="24"/>
          <w:szCs w:val="24"/>
          <w:lang w:val="en-GB"/>
        </w:rPr>
        <w:t>. Serious incidents and criminal behaviour</w:t>
      </w:r>
    </w:p>
    <w:p w14:paraId="4F6453EA" w14:textId="69689055" w:rsidR="004073C1" w:rsidRDefault="000908E2" w:rsidP="000908E2">
      <w:pPr>
        <w:rPr>
          <w:rFonts w:ascii="Gill Sans MT" w:hAnsi="Gill Sans MT"/>
          <w:bCs/>
          <w:sz w:val="24"/>
          <w:szCs w:val="24"/>
          <w:lang w:val="en-GB"/>
        </w:rPr>
      </w:pPr>
      <w:r w:rsidRPr="004073C1">
        <w:rPr>
          <w:rFonts w:ascii="Gill Sans MT" w:hAnsi="Gill Sans MT"/>
          <w:bCs/>
          <w:sz w:val="24"/>
          <w:szCs w:val="24"/>
          <w:lang w:val="en-GB"/>
        </w:rPr>
        <w:t>Some behaviour may constitute a criminal offence, including serious threats, stalking, assault, sexual offences, hate crimes or other forms of abuse.</w:t>
      </w:r>
      <w:r w:rsidR="004073C1">
        <w:rPr>
          <w:rFonts w:ascii="Gill Sans MT" w:hAnsi="Gill Sans MT"/>
          <w:bCs/>
          <w:sz w:val="24"/>
          <w:szCs w:val="24"/>
          <w:lang w:val="en-GB"/>
        </w:rPr>
        <w:t xml:space="preserve"> </w:t>
      </w:r>
      <w:r w:rsidRPr="004073C1">
        <w:rPr>
          <w:rFonts w:ascii="Gill Sans MT" w:hAnsi="Gill Sans MT"/>
          <w:bCs/>
          <w:sz w:val="24"/>
          <w:szCs w:val="24"/>
          <w:lang w:val="en-GB"/>
        </w:rPr>
        <w:t>Nothing in this policy prevents anyone from contacting the police or another statutory agency.</w:t>
      </w:r>
      <w:r w:rsidR="004073C1">
        <w:rPr>
          <w:rFonts w:ascii="Gill Sans MT" w:hAnsi="Gill Sans MT"/>
          <w:bCs/>
          <w:sz w:val="24"/>
          <w:szCs w:val="24"/>
          <w:lang w:val="en-GB"/>
        </w:rPr>
        <w:t xml:space="preserve"> </w:t>
      </w:r>
    </w:p>
    <w:p w14:paraId="7F97B33F" w14:textId="256BB65C" w:rsidR="000908E2" w:rsidRPr="004073C1" w:rsidRDefault="000908E2" w:rsidP="000908E2">
      <w:pPr>
        <w:rPr>
          <w:rFonts w:ascii="Gill Sans MT" w:hAnsi="Gill Sans MT"/>
          <w:bCs/>
          <w:sz w:val="24"/>
          <w:szCs w:val="24"/>
          <w:lang w:val="en-GB"/>
        </w:rPr>
      </w:pPr>
      <w:r w:rsidRPr="004073C1">
        <w:rPr>
          <w:rFonts w:ascii="Gill Sans MT" w:hAnsi="Gill Sans MT"/>
          <w:bCs/>
          <w:sz w:val="24"/>
          <w:szCs w:val="24"/>
          <w:lang w:val="en-GB"/>
        </w:rPr>
        <w:t xml:space="preserve">Where immediate danger exists, </w:t>
      </w:r>
      <w:r w:rsidR="00AA5396">
        <w:rPr>
          <w:rFonts w:ascii="Gill Sans MT" w:hAnsi="Gill Sans MT"/>
          <w:bCs/>
          <w:sz w:val="24"/>
          <w:szCs w:val="24"/>
          <w:lang w:val="en-GB"/>
        </w:rPr>
        <w:t>the Police should be contacted on 999</w:t>
      </w:r>
      <w:r w:rsidRPr="004073C1">
        <w:rPr>
          <w:rFonts w:ascii="Gill Sans MT" w:hAnsi="Gill Sans MT"/>
          <w:bCs/>
          <w:sz w:val="24"/>
          <w:szCs w:val="24"/>
          <w:lang w:val="en-GB"/>
        </w:rPr>
        <w:t>.</w:t>
      </w:r>
      <w:r w:rsidR="004073C1">
        <w:rPr>
          <w:rFonts w:ascii="Gill Sans MT" w:hAnsi="Gill Sans MT"/>
          <w:bCs/>
          <w:sz w:val="24"/>
          <w:szCs w:val="24"/>
          <w:lang w:val="en-GB"/>
        </w:rPr>
        <w:t xml:space="preserve"> </w:t>
      </w:r>
      <w:r w:rsidRPr="004073C1">
        <w:rPr>
          <w:rFonts w:ascii="Gill Sans MT" w:hAnsi="Gill Sans MT"/>
          <w:bCs/>
          <w:sz w:val="24"/>
          <w:szCs w:val="24"/>
          <w:lang w:val="en-GB"/>
        </w:rPr>
        <w:t xml:space="preserve">The </w:t>
      </w:r>
      <w:r w:rsidR="00E43EAE" w:rsidRPr="004073C1">
        <w:rPr>
          <w:rFonts w:ascii="Gill Sans MT" w:hAnsi="Gill Sans MT"/>
          <w:bCs/>
          <w:sz w:val="24"/>
          <w:szCs w:val="24"/>
          <w:lang w:val="en-GB"/>
        </w:rPr>
        <w:t>PCC</w:t>
      </w:r>
      <w:r w:rsidRPr="004073C1">
        <w:rPr>
          <w:rFonts w:ascii="Gill Sans MT" w:hAnsi="Gill Sans MT"/>
          <w:bCs/>
          <w:sz w:val="24"/>
          <w:szCs w:val="24"/>
          <w:lang w:val="en-GB"/>
        </w:rPr>
        <w:t xml:space="preserve"> will cooperate appropriately with statutory authorities.</w:t>
      </w:r>
    </w:p>
    <w:p w14:paraId="7EE9F700" w14:textId="503E29C6"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1</w:t>
      </w:r>
      <w:r w:rsidR="005704BA">
        <w:rPr>
          <w:rFonts w:ascii="Gill Sans MT" w:hAnsi="Gill Sans MT"/>
          <w:b/>
          <w:sz w:val="24"/>
          <w:szCs w:val="24"/>
          <w:lang w:val="en-GB"/>
        </w:rPr>
        <w:t>4</w:t>
      </w:r>
      <w:r w:rsidRPr="000908E2">
        <w:rPr>
          <w:rFonts w:ascii="Gill Sans MT" w:hAnsi="Gill Sans MT"/>
          <w:b/>
          <w:sz w:val="24"/>
          <w:szCs w:val="24"/>
          <w:lang w:val="en-GB"/>
        </w:rPr>
        <w:t>. Support for people involved</w:t>
      </w:r>
    </w:p>
    <w:p w14:paraId="0412ABB7" w14:textId="3FA54867" w:rsidR="000908E2" w:rsidRPr="008B522F" w:rsidRDefault="000908E2" w:rsidP="008B522F">
      <w:pPr>
        <w:rPr>
          <w:rFonts w:ascii="Gill Sans MT" w:hAnsi="Gill Sans MT"/>
          <w:bCs/>
          <w:sz w:val="24"/>
          <w:szCs w:val="24"/>
          <w:lang w:val="en-GB"/>
        </w:rPr>
      </w:pPr>
      <w:r w:rsidRPr="008B522F">
        <w:rPr>
          <w:rFonts w:ascii="Gill Sans MT" w:hAnsi="Gill Sans MT"/>
          <w:bCs/>
          <w:sz w:val="24"/>
          <w:szCs w:val="24"/>
          <w:lang w:val="en-GB"/>
        </w:rPr>
        <w:t>Bullying and harassment can have a significant effect on a person's wellbeing.</w:t>
      </w:r>
      <w:r w:rsidR="008B522F">
        <w:rPr>
          <w:rFonts w:ascii="Gill Sans MT" w:hAnsi="Gill Sans MT"/>
          <w:bCs/>
          <w:sz w:val="24"/>
          <w:szCs w:val="24"/>
          <w:lang w:val="en-GB"/>
        </w:rPr>
        <w:t xml:space="preserve"> The PCC</w:t>
      </w:r>
      <w:r w:rsidRPr="008B522F">
        <w:rPr>
          <w:rFonts w:ascii="Gill Sans MT" w:hAnsi="Gill Sans MT"/>
          <w:bCs/>
          <w:sz w:val="24"/>
          <w:szCs w:val="24"/>
          <w:lang w:val="en-GB"/>
        </w:rPr>
        <w:t xml:space="preserve"> will seek, where appropriate, to signpost people involved to suitable sources of support.</w:t>
      </w:r>
    </w:p>
    <w:p w14:paraId="5B5237C3" w14:textId="77777777" w:rsidR="000908E2" w:rsidRPr="008B522F" w:rsidRDefault="000908E2" w:rsidP="008B522F">
      <w:pPr>
        <w:spacing w:after="0"/>
        <w:rPr>
          <w:rFonts w:ascii="Gill Sans MT" w:hAnsi="Gill Sans MT"/>
          <w:bCs/>
          <w:sz w:val="24"/>
          <w:szCs w:val="24"/>
          <w:lang w:val="en-GB"/>
        </w:rPr>
      </w:pPr>
      <w:r w:rsidRPr="008B522F">
        <w:rPr>
          <w:rFonts w:ascii="Gill Sans MT" w:hAnsi="Gill Sans MT"/>
          <w:bCs/>
          <w:sz w:val="24"/>
          <w:szCs w:val="24"/>
          <w:lang w:val="en-GB"/>
        </w:rPr>
        <w:t>This may include:</w:t>
      </w:r>
    </w:p>
    <w:p w14:paraId="7C321B16" w14:textId="77777777" w:rsidR="000908E2" w:rsidRPr="008B522F" w:rsidRDefault="000908E2" w:rsidP="008B522F">
      <w:pPr>
        <w:numPr>
          <w:ilvl w:val="0"/>
          <w:numId w:val="26"/>
        </w:numPr>
        <w:spacing w:after="0"/>
        <w:rPr>
          <w:rFonts w:ascii="Gill Sans MT" w:hAnsi="Gill Sans MT"/>
          <w:bCs/>
          <w:sz w:val="24"/>
          <w:szCs w:val="24"/>
          <w:lang w:val="en-GB"/>
        </w:rPr>
      </w:pPr>
      <w:r w:rsidRPr="008B522F">
        <w:rPr>
          <w:rFonts w:ascii="Gill Sans MT" w:hAnsi="Gill Sans MT"/>
          <w:bCs/>
          <w:sz w:val="24"/>
          <w:szCs w:val="24"/>
          <w:lang w:val="en-GB"/>
        </w:rPr>
        <w:t>pastoral support;</w:t>
      </w:r>
    </w:p>
    <w:p w14:paraId="294626BC" w14:textId="77777777" w:rsidR="000908E2" w:rsidRPr="008B522F" w:rsidRDefault="000908E2" w:rsidP="008B522F">
      <w:pPr>
        <w:numPr>
          <w:ilvl w:val="0"/>
          <w:numId w:val="26"/>
        </w:numPr>
        <w:spacing w:after="0"/>
        <w:rPr>
          <w:rFonts w:ascii="Gill Sans MT" w:hAnsi="Gill Sans MT"/>
          <w:bCs/>
          <w:sz w:val="24"/>
          <w:szCs w:val="24"/>
          <w:lang w:val="en-GB"/>
        </w:rPr>
      </w:pPr>
      <w:r w:rsidRPr="008B522F">
        <w:rPr>
          <w:rFonts w:ascii="Gill Sans MT" w:hAnsi="Gill Sans MT"/>
          <w:bCs/>
          <w:sz w:val="24"/>
          <w:szCs w:val="24"/>
          <w:lang w:val="en-GB"/>
        </w:rPr>
        <w:t>an appropriate independent person;</w:t>
      </w:r>
    </w:p>
    <w:p w14:paraId="0348CB00" w14:textId="77777777" w:rsidR="000908E2" w:rsidRPr="008B522F" w:rsidRDefault="000908E2" w:rsidP="008B522F">
      <w:pPr>
        <w:numPr>
          <w:ilvl w:val="0"/>
          <w:numId w:val="26"/>
        </w:numPr>
        <w:spacing w:after="0"/>
        <w:rPr>
          <w:rFonts w:ascii="Gill Sans MT" w:hAnsi="Gill Sans MT"/>
          <w:bCs/>
          <w:sz w:val="24"/>
          <w:szCs w:val="24"/>
          <w:lang w:val="en-GB"/>
        </w:rPr>
      </w:pPr>
      <w:r w:rsidRPr="008B522F">
        <w:rPr>
          <w:rFonts w:ascii="Gill Sans MT" w:hAnsi="Gill Sans MT"/>
          <w:bCs/>
          <w:sz w:val="24"/>
          <w:szCs w:val="24"/>
          <w:lang w:val="en-GB"/>
        </w:rPr>
        <w:t>professional counselling;</w:t>
      </w:r>
    </w:p>
    <w:p w14:paraId="1AA0642B" w14:textId="77777777" w:rsidR="000908E2" w:rsidRPr="008B522F" w:rsidRDefault="000908E2" w:rsidP="008B522F">
      <w:pPr>
        <w:numPr>
          <w:ilvl w:val="0"/>
          <w:numId w:val="26"/>
        </w:numPr>
        <w:spacing w:after="0"/>
        <w:rPr>
          <w:rFonts w:ascii="Gill Sans MT" w:hAnsi="Gill Sans MT"/>
          <w:bCs/>
          <w:sz w:val="24"/>
          <w:szCs w:val="24"/>
          <w:lang w:val="en-GB"/>
        </w:rPr>
      </w:pPr>
      <w:r w:rsidRPr="008B522F">
        <w:rPr>
          <w:rFonts w:ascii="Gill Sans MT" w:hAnsi="Gill Sans MT"/>
          <w:bCs/>
          <w:sz w:val="24"/>
          <w:szCs w:val="24"/>
          <w:lang w:val="en-GB"/>
        </w:rPr>
        <w:t>occupational support where applicable;</w:t>
      </w:r>
    </w:p>
    <w:p w14:paraId="162F7CB3" w14:textId="77777777" w:rsidR="000908E2" w:rsidRPr="008B522F" w:rsidRDefault="000908E2" w:rsidP="008B522F">
      <w:pPr>
        <w:numPr>
          <w:ilvl w:val="0"/>
          <w:numId w:val="26"/>
        </w:numPr>
        <w:spacing w:after="0"/>
        <w:rPr>
          <w:rFonts w:ascii="Gill Sans MT" w:hAnsi="Gill Sans MT"/>
          <w:bCs/>
          <w:sz w:val="24"/>
          <w:szCs w:val="24"/>
          <w:lang w:val="en-GB"/>
        </w:rPr>
      </w:pPr>
      <w:r w:rsidRPr="008B522F">
        <w:rPr>
          <w:rFonts w:ascii="Gill Sans MT" w:hAnsi="Gill Sans MT"/>
          <w:bCs/>
          <w:sz w:val="24"/>
          <w:szCs w:val="24"/>
          <w:lang w:val="en-GB"/>
        </w:rPr>
        <w:t>trade union or professional-body support;</w:t>
      </w:r>
    </w:p>
    <w:p w14:paraId="36CF968D" w14:textId="77777777" w:rsidR="000908E2" w:rsidRPr="008B522F" w:rsidRDefault="000908E2" w:rsidP="008B522F">
      <w:pPr>
        <w:numPr>
          <w:ilvl w:val="0"/>
          <w:numId w:val="26"/>
        </w:numPr>
        <w:spacing w:after="0"/>
        <w:rPr>
          <w:rFonts w:ascii="Gill Sans MT" w:hAnsi="Gill Sans MT"/>
          <w:bCs/>
          <w:sz w:val="24"/>
          <w:szCs w:val="24"/>
          <w:lang w:val="en-GB"/>
        </w:rPr>
      </w:pPr>
      <w:r w:rsidRPr="008B522F">
        <w:rPr>
          <w:rFonts w:ascii="Gill Sans MT" w:hAnsi="Gill Sans MT"/>
          <w:bCs/>
          <w:sz w:val="24"/>
          <w:szCs w:val="24"/>
          <w:lang w:val="en-GB"/>
        </w:rPr>
        <w:t>Citizens Advice or other independent advice;</w:t>
      </w:r>
    </w:p>
    <w:p w14:paraId="54CF698D" w14:textId="77777777" w:rsidR="000908E2" w:rsidRPr="008B522F" w:rsidRDefault="000908E2" w:rsidP="008B522F">
      <w:pPr>
        <w:numPr>
          <w:ilvl w:val="0"/>
          <w:numId w:val="26"/>
        </w:numPr>
        <w:rPr>
          <w:rFonts w:ascii="Gill Sans MT" w:hAnsi="Gill Sans MT"/>
          <w:bCs/>
          <w:sz w:val="24"/>
          <w:szCs w:val="24"/>
          <w:lang w:val="en-GB"/>
        </w:rPr>
      </w:pPr>
      <w:r w:rsidRPr="008B522F">
        <w:rPr>
          <w:rFonts w:ascii="Gill Sans MT" w:hAnsi="Gill Sans MT"/>
          <w:bCs/>
          <w:sz w:val="24"/>
          <w:szCs w:val="24"/>
          <w:lang w:val="en-GB"/>
        </w:rPr>
        <w:t>specialist support organisations.</w:t>
      </w:r>
    </w:p>
    <w:p w14:paraId="34112741" w14:textId="77777777" w:rsidR="000908E2" w:rsidRPr="008B522F" w:rsidRDefault="000908E2" w:rsidP="000908E2">
      <w:pPr>
        <w:rPr>
          <w:rFonts w:ascii="Gill Sans MT" w:hAnsi="Gill Sans MT"/>
          <w:bCs/>
          <w:sz w:val="24"/>
          <w:szCs w:val="24"/>
          <w:lang w:val="en-GB"/>
        </w:rPr>
      </w:pPr>
      <w:r w:rsidRPr="008B522F">
        <w:rPr>
          <w:rFonts w:ascii="Gill Sans MT" w:hAnsi="Gill Sans MT"/>
          <w:bCs/>
          <w:sz w:val="24"/>
          <w:szCs w:val="24"/>
          <w:lang w:val="en-GB"/>
        </w:rPr>
        <w:t>Anyone involved in a complaint should be treated with dignity, whether they are the person making the complaint, the person complained about or a witness.</w:t>
      </w:r>
    </w:p>
    <w:p w14:paraId="724A3EF0" w14:textId="13CCF3BB" w:rsidR="000908E2" w:rsidRPr="000908E2" w:rsidRDefault="000908E2" w:rsidP="000908E2">
      <w:pPr>
        <w:rPr>
          <w:rFonts w:ascii="Gill Sans MT" w:hAnsi="Gill Sans MT"/>
          <w:b/>
          <w:sz w:val="24"/>
          <w:szCs w:val="24"/>
          <w:lang w:val="en-GB"/>
        </w:rPr>
      </w:pPr>
      <w:r w:rsidRPr="000908E2">
        <w:rPr>
          <w:rFonts w:ascii="Gill Sans MT" w:hAnsi="Gill Sans MT"/>
          <w:b/>
          <w:sz w:val="24"/>
          <w:szCs w:val="24"/>
          <w:lang w:val="en-GB"/>
        </w:rPr>
        <w:t>1</w:t>
      </w:r>
      <w:r w:rsidR="00AA5396">
        <w:rPr>
          <w:rFonts w:ascii="Gill Sans MT" w:hAnsi="Gill Sans MT"/>
          <w:b/>
          <w:sz w:val="24"/>
          <w:szCs w:val="24"/>
          <w:lang w:val="en-GB"/>
        </w:rPr>
        <w:t>5</w:t>
      </w:r>
      <w:r w:rsidRPr="000908E2">
        <w:rPr>
          <w:rFonts w:ascii="Gill Sans MT" w:hAnsi="Gill Sans MT"/>
          <w:b/>
          <w:sz w:val="24"/>
          <w:szCs w:val="24"/>
          <w:lang w:val="en-GB"/>
        </w:rPr>
        <w:t>. Protection from retaliation</w:t>
      </w:r>
    </w:p>
    <w:p w14:paraId="255D6F61" w14:textId="588A3A69" w:rsidR="000908E2" w:rsidRPr="008B522F" w:rsidRDefault="000908E2" w:rsidP="008B522F">
      <w:pPr>
        <w:rPr>
          <w:rFonts w:ascii="Gill Sans MT" w:hAnsi="Gill Sans MT"/>
          <w:bCs/>
          <w:sz w:val="24"/>
          <w:szCs w:val="24"/>
          <w:lang w:val="en-GB"/>
        </w:rPr>
      </w:pPr>
      <w:r w:rsidRPr="008B522F">
        <w:rPr>
          <w:rFonts w:ascii="Gill Sans MT" w:hAnsi="Gill Sans MT"/>
          <w:bCs/>
          <w:sz w:val="24"/>
          <w:szCs w:val="24"/>
          <w:lang w:val="en-GB"/>
        </w:rPr>
        <w:t>Retaliation against a person who raises a genuine concern</w:t>
      </w:r>
      <w:r w:rsidR="008B522F">
        <w:rPr>
          <w:rFonts w:ascii="Gill Sans MT" w:hAnsi="Gill Sans MT"/>
          <w:bCs/>
          <w:sz w:val="24"/>
          <w:szCs w:val="24"/>
          <w:lang w:val="en-GB"/>
        </w:rPr>
        <w:t xml:space="preserve"> or</w:t>
      </w:r>
      <w:r w:rsidRPr="008B522F">
        <w:rPr>
          <w:rFonts w:ascii="Gill Sans MT" w:hAnsi="Gill Sans MT"/>
          <w:bCs/>
          <w:sz w:val="24"/>
          <w:szCs w:val="24"/>
          <w:lang w:val="en-GB"/>
        </w:rPr>
        <w:t xml:space="preserve"> supports another person </w:t>
      </w:r>
      <w:r w:rsidR="00E10AF1">
        <w:rPr>
          <w:rFonts w:ascii="Gill Sans MT" w:hAnsi="Gill Sans MT"/>
          <w:bCs/>
          <w:sz w:val="24"/>
          <w:szCs w:val="24"/>
          <w:lang w:val="en-GB"/>
        </w:rPr>
        <w:t xml:space="preserve">raising a concern </w:t>
      </w:r>
      <w:r w:rsidRPr="008B522F">
        <w:rPr>
          <w:rFonts w:ascii="Gill Sans MT" w:hAnsi="Gill Sans MT"/>
          <w:bCs/>
          <w:sz w:val="24"/>
          <w:szCs w:val="24"/>
          <w:lang w:val="en-GB"/>
        </w:rPr>
        <w:t>will not be tolerated.</w:t>
      </w:r>
    </w:p>
    <w:p w14:paraId="0C86AF30" w14:textId="77777777" w:rsidR="000908E2" w:rsidRPr="008B522F" w:rsidRDefault="000908E2" w:rsidP="008B522F">
      <w:pPr>
        <w:spacing w:after="0"/>
        <w:rPr>
          <w:rFonts w:ascii="Gill Sans MT" w:hAnsi="Gill Sans MT"/>
          <w:bCs/>
          <w:sz w:val="24"/>
          <w:szCs w:val="24"/>
          <w:lang w:val="en-GB"/>
        </w:rPr>
      </w:pPr>
      <w:r w:rsidRPr="008B522F">
        <w:rPr>
          <w:rFonts w:ascii="Gill Sans MT" w:hAnsi="Gill Sans MT"/>
          <w:bCs/>
          <w:sz w:val="24"/>
          <w:szCs w:val="24"/>
          <w:lang w:val="en-GB"/>
        </w:rPr>
        <w:t>Retaliation may include:</w:t>
      </w:r>
    </w:p>
    <w:p w14:paraId="25FB7AD6" w14:textId="77777777" w:rsidR="000908E2" w:rsidRPr="008B522F" w:rsidRDefault="000908E2" w:rsidP="008B522F">
      <w:pPr>
        <w:numPr>
          <w:ilvl w:val="0"/>
          <w:numId w:val="27"/>
        </w:numPr>
        <w:spacing w:after="0"/>
        <w:rPr>
          <w:rFonts w:ascii="Gill Sans MT" w:hAnsi="Gill Sans MT"/>
          <w:bCs/>
          <w:sz w:val="24"/>
          <w:szCs w:val="24"/>
          <w:lang w:val="en-GB"/>
        </w:rPr>
      </w:pPr>
      <w:r w:rsidRPr="008B522F">
        <w:rPr>
          <w:rFonts w:ascii="Gill Sans MT" w:hAnsi="Gill Sans MT"/>
          <w:bCs/>
          <w:sz w:val="24"/>
          <w:szCs w:val="24"/>
          <w:lang w:val="en-GB"/>
        </w:rPr>
        <w:t>threats;</w:t>
      </w:r>
    </w:p>
    <w:p w14:paraId="3BA438A3" w14:textId="77777777" w:rsidR="000908E2" w:rsidRPr="008B522F" w:rsidRDefault="000908E2" w:rsidP="008B522F">
      <w:pPr>
        <w:numPr>
          <w:ilvl w:val="0"/>
          <w:numId w:val="27"/>
        </w:numPr>
        <w:spacing w:after="0"/>
        <w:rPr>
          <w:rFonts w:ascii="Gill Sans MT" w:hAnsi="Gill Sans MT"/>
          <w:bCs/>
          <w:sz w:val="24"/>
          <w:szCs w:val="24"/>
          <w:lang w:val="en-GB"/>
        </w:rPr>
      </w:pPr>
      <w:r w:rsidRPr="008B522F">
        <w:rPr>
          <w:rFonts w:ascii="Gill Sans MT" w:hAnsi="Gill Sans MT"/>
          <w:bCs/>
          <w:sz w:val="24"/>
          <w:szCs w:val="24"/>
          <w:lang w:val="en-GB"/>
        </w:rPr>
        <w:t>intimidation;</w:t>
      </w:r>
    </w:p>
    <w:p w14:paraId="261D9757" w14:textId="77777777" w:rsidR="000908E2" w:rsidRPr="008B522F" w:rsidRDefault="000908E2" w:rsidP="008B522F">
      <w:pPr>
        <w:numPr>
          <w:ilvl w:val="0"/>
          <w:numId w:val="27"/>
        </w:numPr>
        <w:spacing w:after="0"/>
        <w:rPr>
          <w:rFonts w:ascii="Gill Sans MT" w:hAnsi="Gill Sans MT"/>
          <w:bCs/>
          <w:sz w:val="24"/>
          <w:szCs w:val="24"/>
          <w:lang w:val="en-GB"/>
        </w:rPr>
      </w:pPr>
      <w:r w:rsidRPr="008B522F">
        <w:rPr>
          <w:rFonts w:ascii="Gill Sans MT" w:hAnsi="Gill Sans MT"/>
          <w:bCs/>
          <w:sz w:val="24"/>
          <w:szCs w:val="24"/>
          <w:lang w:val="en-GB"/>
        </w:rPr>
        <w:t>exclusion;</w:t>
      </w:r>
    </w:p>
    <w:p w14:paraId="58439B14" w14:textId="77777777" w:rsidR="000908E2" w:rsidRPr="008B522F" w:rsidRDefault="000908E2" w:rsidP="008B522F">
      <w:pPr>
        <w:numPr>
          <w:ilvl w:val="0"/>
          <w:numId w:val="27"/>
        </w:numPr>
        <w:spacing w:after="0"/>
        <w:rPr>
          <w:rFonts w:ascii="Gill Sans MT" w:hAnsi="Gill Sans MT"/>
          <w:bCs/>
          <w:sz w:val="24"/>
          <w:szCs w:val="24"/>
          <w:lang w:val="en-GB"/>
        </w:rPr>
      </w:pPr>
      <w:r w:rsidRPr="008B522F">
        <w:rPr>
          <w:rFonts w:ascii="Gill Sans MT" w:hAnsi="Gill Sans MT"/>
          <w:bCs/>
          <w:sz w:val="24"/>
          <w:szCs w:val="24"/>
          <w:lang w:val="en-GB"/>
        </w:rPr>
        <w:t>hostile messages;</w:t>
      </w:r>
    </w:p>
    <w:p w14:paraId="34A12A21" w14:textId="77777777" w:rsidR="000908E2" w:rsidRPr="008B522F" w:rsidRDefault="000908E2" w:rsidP="008B522F">
      <w:pPr>
        <w:numPr>
          <w:ilvl w:val="0"/>
          <w:numId w:val="27"/>
        </w:numPr>
        <w:spacing w:after="0"/>
        <w:rPr>
          <w:rFonts w:ascii="Gill Sans MT" w:hAnsi="Gill Sans MT"/>
          <w:bCs/>
          <w:sz w:val="24"/>
          <w:szCs w:val="24"/>
          <w:lang w:val="en-GB"/>
        </w:rPr>
      </w:pPr>
      <w:r w:rsidRPr="008B522F">
        <w:rPr>
          <w:rFonts w:ascii="Gill Sans MT" w:hAnsi="Gill Sans MT"/>
          <w:bCs/>
          <w:sz w:val="24"/>
          <w:szCs w:val="24"/>
          <w:lang w:val="en-GB"/>
        </w:rPr>
        <w:t>spreading malicious rumours;</w:t>
      </w:r>
    </w:p>
    <w:p w14:paraId="25DA01FE" w14:textId="77777777" w:rsidR="000908E2" w:rsidRPr="008B522F" w:rsidRDefault="000908E2" w:rsidP="008B522F">
      <w:pPr>
        <w:numPr>
          <w:ilvl w:val="0"/>
          <w:numId w:val="27"/>
        </w:numPr>
        <w:spacing w:after="0"/>
        <w:rPr>
          <w:rFonts w:ascii="Gill Sans MT" w:hAnsi="Gill Sans MT"/>
          <w:bCs/>
          <w:sz w:val="24"/>
          <w:szCs w:val="24"/>
          <w:lang w:val="en-GB"/>
        </w:rPr>
      </w:pPr>
      <w:r w:rsidRPr="008B522F">
        <w:rPr>
          <w:rFonts w:ascii="Gill Sans MT" w:hAnsi="Gill Sans MT"/>
          <w:bCs/>
          <w:sz w:val="24"/>
          <w:szCs w:val="24"/>
          <w:lang w:val="en-GB"/>
        </w:rPr>
        <w:t>deliberately undermining someone's role;</w:t>
      </w:r>
    </w:p>
    <w:p w14:paraId="378B241F" w14:textId="77777777" w:rsidR="000908E2" w:rsidRPr="008B522F" w:rsidRDefault="000908E2" w:rsidP="000908E2">
      <w:pPr>
        <w:numPr>
          <w:ilvl w:val="0"/>
          <w:numId w:val="27"/>
        </w:numPr>
        <w:rPr>
          <w:rFonts w:ascii="Gill Sans MT" w:hAnsi="Gill Sans MT"/>
          <w:bCs/>
          <w:sz w:val="24"/>
          <w:szCs w:val="24"/>
          <w:lang w:val="en-GB"/>
        </w:rPr>
      </w:pPr>
      <w:r w:rsidRPr="008B522F">
        <w:rPr>
          <w:rFonts w:ascii="Gill Sans MT" w:hAnsi="Gill Sans MT"/>
          <w:bCs/>
          <w:sz w:val="24"/>
          <w:szCs w:val="24"/>
          <w:lang w:val="en-GB"/>
        </w:rPr>
        <w:t>adverse treatment because they have participated in the process.</w:t>
      </w:r>
    </w:p>
    <w:p w14:paraId="75C8353E" w14:textId="5DED9161" w:rsidR="00107142" w:rsidRDefault="000908E2" w:rsidP="000908E2">
      <w:pPr>
        <w:rPr>
          <w:rFonts w:ascii="Gill Sans MT" w:hAnsi="Gill Sans MT"/>
          <w:bCs/>
          <w:sz w:val="24"/>
          <w:szCs w:val="24"/>
          <w:lang w:val="en-GB"/>
        </w:rPr>
      </w:pPr>
      <w:r w:rsidRPr="008B522F">
        <w:rPr>
          <w:rFonts w:ascii="Gill Sans MT" w:hAnsi="Gill Sans MT"/>
          <w:bCs/>
          <w:sz w:val="24"/>
          <w:szCs w:val="24"/>
          <w:lang w:val="en-GB"/>
        </w:rPr>
        <w:t>Any such behaviour may result in further action.</w:t>
      </w:r>
    </w:p>
    <w:p w14:paraId="24268554" w14:textId="539ACD7B" w:rsidR="00A7637C" w:rsidRDefault="00A7637C" w:rsidP="00A7637C">
      <w:pPr>
        <w:rPr>
          <w:rFonts w:ascii="Gill Sans MT" w:hAnsi="Gill Sans MT"/>
        </w:rPr>
      </w:pPr>
      <w:r>
        <w:rPr>
          <w:rFonts w:ascii="Gill Sans MT" w:hAnsi="Gill Sans MT"/>
        </w:rPr>
        <w:t>Signed: ______________________________</w:t>
      </w:r>
      <w:r w:rsidR="00EA4C8A">
        <w:rPr>
          <w:rFonts w:ascii="Gill Sans MT" w:hAnsi="Gill Sans MT"/>
        </w:rPr>
        <w:t>_____</w:t>
      </w:r>
    </w:p>
    <w:p w14:paraId="460EA140" w14:textId="77777777" w:rsidR="00A7637C" w:rsidRDefault="00A7637C" w:rsidP="00A7637C">
      <w:pPr>
        <w:rPr>
          <w:rFonts w:ascii="Gill Sans MT" w:hAnsi="Gill Sans MT"/>
        </w:rPr>
      </w:pPr>
    </w:p>
    <w:p w14:paraId="6B08F6F1" w14:textId="21371CA4" w:rsidR="000908E2" w:rsidRPr="00956202" w:rsidRDefault="00A7637C" w:rsidP="00E75D14">
      <w:pPr>
        <w:rPr>
          <w:rFonts w:ascii="Gill Sans MT" w:hAnsi="Gill Sans MT"/>
          <w:bCs/>
          <w:sz w:val="24"/>
          <w:szCs w:val="24"/>
          <w:u w:val="single"/>
        </w:rPr>
      </w:pPr>
      <w:r>
        <w:rPr>
          <w:rFonts w:ascii="Gill Sans MT" w:hAnsi="Gill Sans MT"/>
        </w:rPr>
        <w:t>Date:   ______________________________</w:t>
      </w:r>
      <w:r w:rsidR="00EA4C8A">
        <w:rPr>
          <w:rFonts w:ascii="Gill Sans MT" w:hAnsi="Gill Sans MT"/>
        </w:rPr>
        <w:t>_____</w:t>
      </w:r>
    </w:p>
    <w:sectPr w:rsidR="000908E2" w:rsidRPr="00956202" w:rsidSect="00EE1058">
      <w:headerReference w:type="default"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01BCE" w14:textId="77777777" w:rsidR="00537B92" w:rsidRDefault="00537B92" w:rsidP="000908E2">
      <w:pPr>
        <w:spacing w:after="0" w:line="240" w:lineRule="auto"/>
      </w:pPr>
      <w:r>
        <w:separator/>
      </w:r>
    </w:p>
  </w:endnote>
  <w:endnote w:type="continuationSeparator" w:id="0">
    <w:p w14:paraId="47085DE2" w14:textId="77777777" w:rsidR="00537B92" w:rsidRDefault="00537B92" w:rsidP="00090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rPr>
      <w:id w:val="2070451271"/>
      <w:docPartObj>
        <w:docPartGallery w:val="Page Numbers (Bottom of Page)"/>
        <w:docPartUnique/>
      </w:docPartObj>
    </w:sdtPr>
    <w:sdtEndPr>
      <w:rPr>
        <w:noProof/>
      </w:rPr>
    </w:sdtEndPr>
    <w:sdtContent>
      <w:p w14:paraId="0C73D1E0" w14:textId="0CA8AAFD" w:rsidR="000908E2" w:rsidRPr="000908E2" w:rsidRDefault="000908E2">
        <w:pPr>
          <w:pStyle w:val="Footer"/>
          <w:jc w:val="center"/>
          <w:rPr>
            <w:rFonts w:ascii="Gill Sans MT" w:hAnsi="Gill Sans MT"/>
          </w:rPr>
        </w:pPr>
        <w:r w:rsidRPr="000908E2">
          <w:rPr>
            <w:rFonts w:ascii="Gill Sans MT" w:hAnsi="Gill Sans MT"/>
          </w:rPr>
          <w:fldChar w:fldCharType="begin"/>
        </w:r>
        <w:r w:rsidRPr="000908E2">
          <w:rPr>
            <w:rFonts w:ascii="Gill Sans MT" w:hAnsi="Gill Sans MT"/>
          </w:rPr>
          <w:instrText xml:space="preserve"> PAGE   \* MERGEFORMAT </w:instrText>
        </w:r>
        <w:r w:rsidRPr="000908E2">
          <w:rPr>
            <w:rFonts w:ascii="Gill Sans MT" w:hAnsi="Gill Sans MT"/>
          </w:rPr>
          <w:fldChar w:fldCharType="separate"/>
        </w:r>
        <w:r w:rsidRPr="000908E2">
          <w:rPr>
            <w:rFonts w:ascii="Gill Sans MT" w:hAnsi="Gill Sans MT"/>
            <w:noProof/>
          </w:rPr>
          <w:t>2</w:t>
        </w:r>
        <w:r w:rsidRPr="000908E2">
          <w:rPr>
            <w:rFonts w:ascii="Gill Sans MT" w:hAnsi="Gill Sans MT"/>
            <w:noProof/>
          </w:rPr>
          <w:fldChar w:fldCharType="end"/>
        </w:r>
      </w:p>
    </w:sdtContent>
  </w:sdt>
  <w:p w14:paraId="081046BF" w14:textId="09DBB773" w:rsidR="000908E2" w:rsidRPr="00E75D14" w:rsidRDefault="00E75D14" w:rsidP="00E75D14">
    <w:pPr>
      <w:jc w:val="right"/>
      <w:rPr>
        <w:rFonts w:ascii="Gill Sans MT" w:hAnsi="Gill Sans MT"/>
        <w:i/>
        <w:iCs/>
      </w:rPr>
    </w:pPr>
    <w:r w:rsidRPr="00226ACF">
      <w:rPr>
        <w:rFonts w:ascii="Gill Sans MT" w:hAnsi="Gill Sans MT"/>
        <w:i/>
        <w:iCs/>
      </w:rPr>
      <w:t xml:space="preserve">Version 1 – </w:t>
    </w:r>
    <w:r>
      <w:rPr>
        <w:rFonts w:ascii="Gill Sans MT" w:hAnsi="Gill Sans MT"/>
        <w:i/>
        <w:iCs/>
      </w:rPr>
      <w:t>September</w:t>
    </w:r>
    <w:r w:rsidRPr="00226ACF">
      <w:rPr>
        <w:rFonts w:ascii="Gill Sans MT" w:hAnsi="Gill Sans MT"/>
        <w:i/>
        <w:iC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B09A" w14:textId="77777777" w:rsidR="00537B92" w:rsidRDefault="00537B92" w:rsidP="000908E2">
      <w:pPr>
        <w:spacing w:after="0" w:line="240" w:lineRule="auto"/>
      </w:pPr>
      <w:r>
        <w:separator/>
      </w:r>
    </w:p>
  </w:footnote>
  <w:footnote w:type="continuationSeparator" w:id="0">
    <w:p w14:paraId="111D6331" w14:textId="77777777" w:rsidR="00537B92" w:rsidRDefault="00537B92" w:rsidP="00090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98960"/>
      <w:docPartObj>
        <w:docPartGallery w:val="Watermarks"/>
        <w:docPartUnique/>
      </w:docPartObj>
    </w:sdtPr>
    <w:sdtEndPr/>
    <w:sdtContent>
      <w:p w14:paraId="2125A05A" w14:textId="33310CF7" w:rsidR="00273710" w:rsidRDefault="00537B92">
        <w:pPr>
          <w:pStyle w:val="Header"/>
        </w:pPr>
        <w:r>
          <w:rPr>
            <w:noProof/>
          </w:rPr>
          <w:pict w14:anchorId="281A1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801630"/>
    <w:multiLevelType w:val="multilevel"/>
    <w:tmpl w:val="A9BA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B4334C"/>
    <w:multiLevelType w:val="multilevel"/>
    <w:tmpl w:val="745A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4E4982"/>
    <w:multiLevelType w:val="multilevel"/>
    <w:tmpl w:val="65A6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770142"/>
    <w:multiLevelType w:val="multilevel"/>
    <w:tmpl w:val="DC8C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2C616D"/>
    <w:multiLevelType w:val="multilevel"/>
    <w:tmpl w:val="AFA8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183ED4"/>
    <w:multiLevelType w:val="multilevel"/>
    <w:tmpl w:val="F70E8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016C21"/>
    <w:multiLevelType w:val="multilevel"/>
    <w:tmpl w:val="F5B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952CA8"/>
    <w:multiLevelType w:val="multilevel"/>
    <w:tmpl w:val="C96A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F4DCC"/>
    <w:multiLevelType w:val="multilevel"/>
    <w:tmpl w:val="B4B2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DB217F"/>
    <w:multiLevelType w:val="multilevel"/>
    <w:tmpl w:val="8370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F33FB6"/>
    <w:multiLevelType w:val="multilevel"/>
    <w:tmpl w:val="B380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F37EE"/>
    <w:multiLevelType w:val="multilevel"/>
    <w:tmpl w:val="E356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B01D9"/>
    <w:multiLevelType w:val="multilevel"/>
    <w:tmpl w:val="254E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A2A11"/>
    <w:multiLevelType w:val="multilevel"/>
    <w:tmpl w:val="ED0E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870804"/>
    <w:multiLevelType w:val="multilevel"/>
    <w:tmpl w:val="5964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C308EB"/>
    <w:multiLevelType w:val="multilevel"/>
    <w:tmpl w:val="B27CB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FD7621"/>
    <w:multiLevelType w:val="multilevel"/>
    <w:tmpl w:val="37D0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FE735A"/>
    <w:multiLevelType w:val="multilevel"/>
    <w:tmpl w:val="07F2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6E6438"/>
    <w:multiLevelType w:val="multilevel"/>
    <w:tmpl w:val="FD34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0E599E"/>
    <w:multiLevelType w:val="multilevel"/>
    <w:tmpl w:val="B1A8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063CC7"/>
    <w:multiLevelType w:val="multilevel"/>
    <w:tmpl w:val="D0E2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3C36F9"/>
    <w:multiLevelType w:val="multilevel"/>
    <w:tmpl w:val="7F3CA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D57F78"/>
    <w:multiLevelType w:val="multilevel"/>
    <w:tmpl w:val="C68E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24208"/>
    <w:multiLevelType w:val="multilevel"/>
    <w:tmpl w:val="CB2E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199925">
    <w:abstractNumId w:val="8"/>
  </w:num>
  <w:num w:numId="2" w16cid:durableId="758140438">
    <w:abstractNumId w:val="6"/>
  </w:num>
  <w:num w:numId="3" w16cid:durableId="75175407">
    <w:abstractNumId w:val="5"/>
  </w:num>
  <w:num w:numId="4" w16cid:durableId="680164537">
    <w:abstractNumId w:val="4"/>
  </w:num>
  <w:num w:numId="5" w16cid:durableId="2103449412">
    <w:abstractNumId w:val="7"/>
  </w:num>
  <w:num w:numId="6" w16cid:durableId="533080410">
    <w:abstractNumId w:val="3"/>
  </w:num>
  <w:num w:numId="7" w16cid:durableId="152527979">
    <w:abstractNumId w:val="2"/>
  </w:num>
  <w:num w:numId="8" w16cid:durableId="1687100289">
    <w:abstractNumId w:val="1"/>
  </w:num>
  <w:num w:numId="9" w16cid:durableId="435171078">
    <w:abstractNumId w:val="0"/>
  </w:num>
  <w:num w:numId="10" w16cid:durableId="2074498897">
    <w:abstractNumId w:val="13"/>
  </w:num>
  <w:num w:numId="11" w16cid:durableId="2133359966">
    <w:abstractNumId w:val="14"/>
  </w:num>
  <w:num w:numId="12" w16cid:durableId="1468468816">
    <w:abstractNumId w:val="29"/>
  </w:num>
  <w:num w:numId="13" w16cid:durableId="2018998294">
    <w:abstractNumId w:val="27"/>
  </w:num>
  <w:num w:numId="14" w16cid:durableId="80495956">
    <w:abstractNumId w:val="22"/>
  </w:num>
  <w:num w:numId="15" w16cid:durableId="1931116155">
    <w:abstractNumId w:val="32"/>
  </w:num>
  <w:num w:numId="16" w16cid:durableId="1399865781">
    <w:abstractNumId w:val="16"/>
  </w:num>
  <w:num w:numId="17" w16cid:durableId="1820152554">
    <w:abstractNumId w:val="9"/>
  </w:num>
  <w:num w:numId="18" w16cid:durableId="692615357">
    <w:abstractNumId w:val="21"/>
  </w:num>
  <w:num w:numId="19" w16cid:durableId="633679811">
    <w:abstractNumId w:val="24"/>
  </w:num>
  <w:num w:numId="20" w16cid:durableId="18288691">
    <w:abstractNumId w:val="12"/>
  </w:num>
  <w:num w:numId="21" w16cid:durableId="1289975333">
    <w:abstractNumId w:val="19"/>
  </w:num>
  <w:num w:numId="22" w16cid:durableId="104858022">
    <w:abstractNumId w:val="20"/>
  </w:num>
  <w:num w:numId="23" w16cid:durableId="1467308263">
    <w:abstractNumId w:val="31"/>
  </w:num>
  <w:num w:numId="24" w16cid:durableId="852232072">
    <w:abstractNumId w:val="30"/>
  </w:num>
  <w:num w:numId="25" w16cid:durableId="1915430989">
    <w:abstractNumId w:val="15"/>
  </w:num>
  <w:num w:numId="26" w16cid:durableId="629479447">
    <w:abstractNumId w:val="23"/>
  </w:num>
  <w:num w:numId="27" w16cid:durableId="1593659209">
    <w:abstractNumId w:val="25"/>
  </w:num>
  <w:num w:numId="28" w16cid:durableId="673915766">
    <w:abstractNumId w:val="28"/>
  </w:num>
  <w:num w:numId="29" w16cid:durableId="356196027">
    <w:abstractNumId w:val="17"/>
  </w:num>
  <w:num w:numId="30" w16cid:durableId="2036689883">
    <w:abstractNumId w:val="18"/>
  </w:num>
  <w:num w:numId="31" w16cid:durableId="651375582">
    <w:abstractNumId w:val="11"/>
  </w:num>
  <w:num w:numId="32" w16cid:durableId="1982342918">
    <w:abstractNumId w:val="10"/>
  </w:num>
  <w:num w:numId="33" w16cid:durableId="4949572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76D"/>
    <w:rsid w:val="00034616"/>
    <w:rsid w:val="000421EA"/>
    <w:rsid w:val="00050171"/>
    <w:rsid w:val="0006063C"/>
    <w:rsid w:val="000908E2"/>
    <w:rsid w:val="000A31E7"/>
    <w:rsid w:val="00107142"/>
    <w:rsid w:val="00122E54"/>
    <w:rsid w:val="001243C4"/>
    <w:rsid w:val="001462A8"/>
    <w:rsid w:val="0015074B"/>
    <w:rsid w:val="001644B3"/>
    <w:rsid w:val="001A132A"/>
    <w:rsid w:val="001E20BC"/>
    <w:rsid w:val="00207B61"/>
    <w:rsid w:val="00252CA7"/>
    <w:rsid w:val="00264992"/>
    <w:rsid w:val="00273710"/>
    <w:rsid w:val="0029639D"/>
    <w:rsid w:val="002B52BE"/>
    <w:rsid w:val="00321FB7"/>
    <w:rsid w:val="00326F90"/>
    <w:rsid w:val="003359E6"/>
    <w:rsid w:val="004073C1"/>
    <w:rsid w:val="004174D0"/>
    <w:rsid w:val="00426AD8"/>
    <w:rsid w:val="00505493"/>
    <w:rsid w:val="00520F01"/>
    <w:rsid w:val="00526EA1"/>
    <w:rsid w:val="00537B92"/>
    <w:rsid w:val="005704BA"/>
    <w:rsid w:val="00573ACB"/>
    <w:rsid w:val="005773CF"/>
    <w:rsid w:val="005A5B27"/>
    <w:rsid w:val="005B79AE"/>
    <w:rsid w:val="00673DF4"/>
    <w:rsid w:val="006D0AFB"/>
    <w:rsid w:val="006F3D40"/>
    <w:rsid w:val="00720666"/>
    <w:rsid w:val="007551FE"/>
    <w:rsid w:val="00793B62"/>
    <w:rsid w:val="007D79A5"/>
    <w:rsid w:val="00874594"/>
    <w:rsid w:val="00883711"/>
    <w:rsid w:val="0089632C"/>
    <w:rsid w:val="008B522F"/>
    <w:rsid w:val="008E4C49"/>
    <w:rsid w:val="008F07DC"/>
    <w:rsid w:val="00917F83"/>
    <w:rsid w:val="00956202"/>
    <w:rsid w:val="00A13D81"/>
    <w:rsid w:val="00A40C55"/>
    <w:rsid w:val="00A61E05"/>
    <w:rsid w:val="00A65AAC"/>
    <w:rsid w:val="00A7637C"/>
    <w:rsid w:val="00A833E8"/>
    <w:rsid w:val="00A95837"/>
    <w:rsid w:val="00AA1D8D"/>
    <w:rsid w:val="00AA2489"/>
    <w:rsid w:val="00AA5396"/>
    <w:rsid w:val="00AC2DFA"/>
    <w:rsid w:val="00AD111E"/>
    <w:rsid w:val="00B47730"/>
    <w:rsid w:val="00C03025"/>
    <w:rsid w:val="00C05788"/>
    <w:rsid w:val="00C126C9"/>
    <w:rsid w:val="00C22CB9"/>
    <w:rsid w:val="00C35F1A"/>
    <w:rsid w:val="00C57AFF"/>
    <w:rsid w:val="00C80470"/>
    <w:rsid w:val="00CB0664"/>
    <w:rsid w:val="00D15D9B"/>
    <w:rsid w:val="00D973BF"/>
    <w:rsid w:val="00DA0B3C"/>
    <w:rsid w:val="00E10AF1"/>
    <w:rsid w:val="00E42165"/>
    <w:rsid w:val="00E43EAE"/>
    <w:rsid w:val="00E75D14"/>
    <w:rsid w:val="00E76508"/>
    <w:rsid w:val="00E8423F"/>
    <w:rsid w:val="00EA4C8A"/>
    <w:rsid w:val="00EE1058"/>
    <w:rsid w:val="00F0060E"/>
    <w:rsid w:val="00F32F31"/>
    <w:rsid w:val="00F73B70"/>
    <w:rsid w:val="00FC693F"/>
    <w:rsid w:val="00FF7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7D3981"/>
  <w14:defaultImageDpi w14:val="300"/>
  <w15:docId w15:val="{EDA425BC-E2E1-4299-9D2A-EBDDDD4A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65AAC"/>
    <w:rPr>
      <w:color w:val="0000FF" w:themeColor="hyperlink"/>
      <w:u w:val="single"/>
    </w:rPr>
  </w:style>
  <w:style w:type="character" w:styleId="UnresolvedMention">
    <w:name w:val="Unresolved Mention"/>
    <w:basedOn w:val="DefaultParagraphFont"/>
    <w:uiPriority w:val="99"/>
    <w:semiHidden/>
    <w:unhideWhenUsed/>
    <w:rsid w:val="00A65AAC"/>
    <w:rPr>
      <w:color w:val="605E5C"/>
      <w:shd w:val="clear" w:color="auto" w:fill="E1DFDD"/>
    </w:rPr>
  </w:style>
  <w:style w:type="character" w:styleId="FollowedHyperlink">
    <w:name w:val="FollowedHyperlink"/>
    <w:basedOn w:val="DefaultParagraphFont"/>
    <w:uiPriority w:val="99"/>
    <w:semiHidden/>
    <w:unhideWhenUsed/>
    <w:rsid w:val="00A65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3hgrlq6yacptf.cloudfront.net/stleonardhythe/content/pages/documents/2026-grievance-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3hgrlq6yacptf.cloudfront.net/stleonardhythe/content/pages/documents/2026-complaints-policy-241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lhk.org/about-us/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6F4DA6-7567-4815-8D6A-BA55D81C27A0}">
  <we:reference id="e3b93a0b-ccfa-4110-a55c-43ea778c55ae" version="2.0.0.0" store="EXCatalog" storeType="EXCatalog"/>
  <we:alternateReferences>
    <we:reference id="WA200003915" version="2.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7C470243D3F947965A48E524B2693A" ma:contentTypeVersion="11" ma:contentTypeDescription="Create a new document." ma:contentTypeScope="" ma:versionID="cf8f98d4f3530978009cf7ce2c3db33d">
  <xsd:schema xmlns:xsd="http://www.w3.org/2001/XMLSchema" xmlns:xs="http://www.w3.org/2001/XMLSchema" xmlns:p="http://schemas.microsoft.com/office/2006/metadata/properties" xmlns:ns2="7d436ecd-7bdf-42fa-b012-45935d8155fd" xmlns:ns3="deec7c41-0135-49b9-96f3-feba54d13353" targetNamespace="http://schemas.microsoft.com/office/2006/metadata/properties" ma:root="true" ma:fieldsID="62c83b40d32322f183e782b9806be6eb" ns2:_="" ns3:_="">
    <xsd:import namespace="7d436ecd-7bdf-42fa-b012-45935d8155fd"/>
    <xsd:import namespace="deec7c41-0135-49b9-96f3-feba54d13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36ecd-7bdf-42fa-b012-45935d815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82b007-4290-419f-985c-1e5dca914a5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ec7c41-0135-49b9-96f3-feba54d1335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13a1790-a8c9-400e-aad4-ecfd18e46990}" ma:internalName="TaxCatchAll" ma:showField="CatchAllData" ma:web="deec7c41-0135-49b9-96f3-feba54d13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436ecd-7bdf-42fa-b012-45935d8155fd">
      <Terms xmlns="http://schemas.microsoft.com/office/infopath/2007/PartnerControls"/>
    </lcf76f155ced4ddcb4097134ff3c332f>
    <TaxCatchAll xmlns="deec7c41-0135-49b9-96f3-feba54d1335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51808-3DC9-4987-B25E-0E33B2BF7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36ecd-7bdf-42fa-b012-45935d8155fd"/>
    <ds:schemaRef ds:uri="deec7c41-0135-49b9-96f3-feba54d13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69AC33-EC46-4098-B547-7E7AD2A15585}">
  <ds:schemaRefs>
    <ds:schemaRef ds:uri="http://schemas.microsoft.com/sharepoint/v3/contenttype/forms"/>
  </ds:schemaRefs>
</ds:datastoreItem>
</file>

<file path=customXml/itemProps3.xml><?xml version="1.0" encoding="utf-8"?>
<ds:datastoreItem xmlns:ds="http://schemas.openxmlformats.org/officeDocument/2006/customXml" ds:itemID="{91946CC8-CDBE-42F1-80FD-A15EC37F0BF6}">
  <ds:schemaRefs>
    <ds:schemaRef ds:uri="http://schemas.microsoft.com/office/2006/metadata/properties"/>
    <ds:schemaRef ds:uri="http://schemas.microsoft.com/office/infopath/2007/PartnerControls"/>
    <ds:schemaRef ds:uri="7d436ecd-7bdf-42fa-b012-45935d8155fd"/>
    <ds:schemaRef ds:uri="deec7c41-0135-49b9-96f3-feba54d13353"/>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1758</Words>
  <Characters>9306</Characters>
  <Application>Microsoft Office Word</Application>
  <DocSecurity>0</DocSecurity>
  <Lines>226</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generated by python-docx</dc:description>
  <cp:lastModifiedBy>Michael Darkins</cp:lastModifiedBy>
  <cp:revision>68</cp:revision>
  <cp:lastPrinted>2026-09-15T17:38:00Z</cp:lastPrinted>
  <dcterms:created xsi:type="dcterms:W3CDTF">2026-09-06T05:33:00Z</dcterms:created>
  <dcterms:modified xsi:type="dcterms:W3CDTF">2026-09-15T17:38:00Z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0x010100B67C470243D3F947965A48E524B2693A</vt:lpwstr>
  </property>
  <property fmtid="{D5CDD505-2E9C-101B-9397-08002B2CF9AE}" pid="3" name="MediaServiceImageTags">
    <vt:lpwstr/>
  </property>
</Properties>
</file>